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Borders>
          <w:top w:val="single" w:sz="24" w:space="0" w:color="000000"/>
          <w:left w:val="nil"/>
          <w:bottom w:val="single" w:sz="24" w:space="0" w:color="000000"/>
          <w:right w:val="nil"/>
          <w:insideH w:val="nil"/>
          <w:insideV w:val="nil"/>
        </w:tblBorders>
        <w:tblLook w:firstColumn="1" w:firstRow="1" w:lastColumn="0" w:lastRow="0" w:noHBand="0" w:noVBand="1" w:val="04A0"/>
      </w:tblPr>
      <w:tblGrid>
        <w:gridCol w:w="10206"/>
      </w:tblGrid>
      <w:tr>
        <w:tc>
          <w:tcPr>
            <w:tcW w:type="dxa" w:w="10205"/>
          </w:tcPr>
          <w:p>
            <w:pPr>
              <w:spacing w:before="120" w:after="40"/>
              <w:jc w:val="center"/>
            </w:pPr>
            <w:r>
              <w:rPr>
                <w:b w:val="0"/>
                <w:i w:val="0"/>
                <w:sz w:val="20"/>
                <w:szCs w:val="20"/>
              </w:rPr>
              <w:t>बालोतरा ज़िला  ·  पंच, सरपंच और उप-सरपंच का चुनाव, 2026: तीसरा और चौथा चरण</w:t>
            </w:r>
          </w:p>
          <w:p>
            <w:pPr>
              <w:spacing w:before="0" w:after="40"/>
              <w:jc w:val="center"/>
            </w:pPr>
            <w:r>
              <w:rPr>
                <w:b/>
                <w:bCs/>
                <w:i w:val="0"/>
                <w:sz w:val="40"/>
                <w:szCs w:val="40"/>
              </w:rPr>
              <w:t>रिटर्निंग अधिकारी की मेज़ के लिए</w:t>
            </w:r>
          </w:p>
          <w:p>
            <w:pPr>
              <w:spacing w:before="0" w:after="60"/>
              <w:jc w:val="center"/>
            </w:pPr>
            <w:r>
              <w:rPr>
                <w:b w:val="0"/>
                <w:i w:val="0"/>
                <w:sz w:val="22"/>
                <w:szCs w:val="22"/>
              </w:rPr>
              <w:t>दिन-वार कार्य सूची, सूचनाएँ चस्पा करने की सूची, और संपर्क सूचियाँ</w:t>
            </w:r>
          </w:p>
          <w:p>
            <w:pPr>
              <w:spacing w:before="0" w:after="120"/>
              <w:jc w:val="center"/>
            </w:pPr>
            <w:r>
              <w:rPr>
                <w:b w:val="0"/>
                <w:i w:val="0"/>
                <w:sz w:val="17"/>
                <w:szCs w:val="17"/>
              </w:rPr>
              <w:t>आयोग के आदेशों, पत्रों और मार्गदर्शिका पर आधारित; आयोग के निर्धारित प्ररूप नहीं</w:t>
            </w:r>
          </w:p>
        </w:tc>
      </w:tr>
    </w:tbl>
    <w:p>
      <w:pPr>
        <w:spacing w:after="0" w:before="80"/>
        <w:jc w:val="center"/>
      </w:pPr>
      <w:r>
        <w:rPr>
          <w:b/>
          <w:bCs/>
          <w:i w:val="0"/>
          <w:sz w:val="17"/>
          <w:szCs w:val="17"/>
        </w:rPr>
        <w:t>राज्य निर्वाचन आयोग का दस्तावेज़ नहीं  ·  स्वतंत्र, अनौपचारिक संकलन  ·  आयोग के मूल आदेश और मार्गदर्शिका ही अंतिम</w:t>
      </w:r>
    </w:p>
    <w:p>
      <w:pPr>
        <w:spacing w:after="200"/>
        <w:jc w:val="center"/>
      </w:pPr>
      <w:r>
        <w:rPr>
          <w:b w:val="0"/>
          <w:i w:val="0"/>
          <w:sz w:val="17"/>
          <w:szCs w:val="17"/>
        </w:rPr>
        <w:t xml:space="preserve">संकलन और ताज़ा फ़ाइल: </w:t>
      </w:r>
      <w:hyperlink r:id="rId10">
        <w:r>
          <w:rPr>
            <w:b/>
            <w:bCs/>
            <w:i w:val="0"/>
            <w:color w:val="1F4E9E"/>
            <w:sz w:val="17"/>
            <w:szCs w:val="17"/>
            <w:u w:val="single"/>
          </w:rPr>
          <w:t>mockpoll.com</w:t>
        </w:r>
      </w:hyperlink>
    </w:p>
    <w:p>
      <w:pPr>
        <w:spacing w:after="60"/>
      </w:pPr>
      <w:r>
        <w:rPr>
          <w:b/>
          <w:bCs/>
          <w:i w:val="0"/>
          <w:sz w:val="24"/>
          <w:szCs w:val="24"/>
        </w:rPr>
        <w:t>इस फ़ाइल में</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3402"/>
        <w:gridCol w:w="3402"/>
        <w:gridCol w:w="3402"/>
      </w:tblGrid>
      <w:tr>
        <w:trPr>
          <w:cantSplit/>
          <w:tblHeader/>
        </w:trPr>
        <w:tc>
          <w:tcPr>
            <w:tcW w:type="dxa" w:w="567"/>
            <w:shd w:val="clear" w:color="auto" w:fill="BFBFBF"/>
            <w:vAlign w:val="center"/>
          </w:tcPr>
          <w:p>
            <w:pPr>
              <w:spacing w:after="20"/>
              <w:jc w:val="center"/>
            </w:pPr>
            <w:r>
              <w:rPr>
                <w:b/>
                <w:bCs/>
                <w:i w:val="0"/>
                <w:sz w:val="20"/>
                <w:szCs w:val="20"/>
              </w:rPr>
              <w:t>क्र.</w:t>
            </w:r>
          </w:p>
        </w:tc>
        <w:tc>
          <w:tcPr>
            <w:tcW w:type="dxa" w:w="8220"/>
            <w:shd w:val="clear" w:color="auto" w:fill="BFBFBF"/>
            <w:vAlign w:val="center"/>
          </w:tcPr>
          <w:p>
            <w:pPr>
              <w:spacing w:after="20"/>
              <w:jc w:val="center"/>
            </w:pPr>
            <w:r>
              <w:rPr>
                <w:b/>
                <w:bCs/>
                <w:i w:val="0"/>
                <w:sz w:val="20"/>
                <w:szCs w:val="20"/>
              </w:rPr>
              <w:t>सूची</w:t>
            </w:r>
          </w:p>
        </w:tc>
        <w:tc>
          <w:tcPr>
            <w:tcW w:type="dxa" w:w="1417"/>
            <w:shd w:val="clear" w:color="auto" w:fill="BFBFBF"/>
            <w:vAlign w:val="center"/>
          </w:tcPr>
          <w:p>
            <w:pPr>
              <w:spacing w:after="20"/>
              <w:jc w:val="center"/>
            </w:pPr>
            <w:r>
              <w:rPr>
                <w:b/>
                <w:bCs/>
                <w:i w:val="0"/>
                <w:sz w:val="20"/>
                <w:szCs w:val="20"/>
              </w:rPr>
              <w:t>पन्ना</w:t>
            </w:r>
          </w:p>
        </w:tc>
      </w:tr>
      <w:tr>
        <w:trPr>
          <w:cantSplit/>
        </w:trPr>
        <w:tc>
          <w:tcPr>
            <w:tcW w:type="dxa" w:w="567"/>
          </w:tcPr>
          <w:p>
            <w:pPr>
              <w:spacing w:after="20"/>
            </w:pPr>
            <w:r>
              <w:rPr>
                <w:b w:val="0"/>
                <w:i w:val="0"/>
                <w:sz w:val="20"/>
                <w:szCs w:val="20"/>
              </w:rPr>
              <w:t>1</w:t>
            </w:r>
          </w:p>
        </w:tc>
        <w:tc>
          <w:tcPr>
            <w:tcW w:type="dxa" w:w="8220"/>
          </w:tcPr>
          <w:p>
            <w:pPr>
              <w:spacing w:after="20"/>
            </w:pPr>
            <w:r>
              <w:rPr>
                <w:b w:val="0"/>
                <w:i w:val="0"/>
                <w:sz w:val="20"/>
                <w:szCs w:val="20"/>
              </w:rPr>
              <w:t>बालोतरा: रिटर्निंग अधिकारी की दिन-वार कार्य सूची (तीसरा और चौथा चरण)</w:t>
            </w:r>
          </w:p>
        </w:tc>
        <w:tc>
          <w:tcPr>
            <w:tcW w:type="dxa" w:w="1417"/>
          </w:tcPr>
          <w:p>
            <w:pPr>
              <w:spacing w:after="20"/>
              <w:jc w:val="center"/>
            </w:pPr>
            <w:r>
              <w:rPr>
                <w:b w:val="0"/>
                <w:i w:val="0"/>
                <w:sz w:val="20"/>
                <w:szCs w:val="20"/>
              </w:rPr>
              <w:t>2-4</w:t>
            </w:r>
          </w:p>
        </w:tc>
      </w:tr>
      <w:tr>
        <w:trPr>
          <w:cantSplit/>
        </w:trPr>
        <w:tc>
          <w:tcPr>
            <w:tcW w:type="dxa" w:w="567"/>
          </w:tcPr>
          <w:p>
            <w:pPr>
              <w:spacing w:after="20"/>
            </w:pPr>
            <w:r>
              <w:rPr>
                <w:b w:val="0"/>
                <w:i w:val="0"/>
                <w:sz w:val="20"/>
                <w:szCs w:val="20"/>
              </w:rPr>
              <w:t>2</w:t>
            </w:r>
          </w:p>
        </w:tc>
        <w:tc>
          <w:tcPr>
            <w:tcW w:type="dxa" w:w="8220"/>
          </w:tcPr>
          <w:p>
            <w:pPr>
              <w:spacing w:after="20"/>
            </w:pPr>
            <w:r>
              <w:rPr>
                <w:b w:val="0"/>
                <w:i w:val="0"/>
                <w:sz w:val="20"/>
                <w:szCs w:val="20"/>
              </w:rPr>
              <w:t>सूचनाएँ चस्पा करने की चेकलिस्ट और समय सारणी</w:t>
            </w:r>
          </w:p>
        </w:tc>
        <w:tc>
          <w:tcPr>
            <w:tcW w:type="dxa" w:w="1417"/>
          </w:tcPr>
          <w:p>
            <w:pPr>
              <w:spacing w:after="20"/>
              <w:jc w:val="center"/>
            </w:pPr>
            <w:r>
              <w:rPr>
                <w:b w:val="0"/>
                <w:i w:val="0"/>
                <w:sz w:val="20"/>
                <w:szCs w:val="20"/>
              </w:rPr>
              <w:t>5</w:t>
            </w:r>
          </w:p>
        </w:tc>
      </w:tr>
      <w:tr>
        <w:trPr>
          <w:cantSplit/>
        </w:trPr>
        <w:tc>
          <w:tcPr>
            <w:tcW w:type="dxa" w:w="567"/>
          </w:tcPr>
          <w:p>
            <w:pPr>
              <w:spacing w:after="20"/>
            </w:pPr>
            <w:r>
              <w:rPr>
                <w:b w:val="0"/>
                <w:i w:val="0"/>
                <w:sz w:val="20"/>
                <w:szCs w:val="20"/>
              </w:rPr>
              <w:t>3</w:t>
            </w:r>
          </w:p>
        </w:tc>
        <w:tc>
          <w:tcPr>
            <w:tcW w:type="dxa" w:w="8220"/>
          </w:tcPr>
          <w:p>
            <w:pPr>
              <w:spacing w:after="20"/>
            </w:pPr>
            <w:r>
              <w:rPr>
                <w:b w:val="0"/>
                <w:i w:val="0"/>
                <w:sz w:val="20"/>
                <w:szCs w:val="20"/>
              </w:rPr>
              <w:t>ज़रूरी संपर्क नंबर: अधिकारी, कार्यालय, नियंत्रण कक्ष, बूथ के प्रगणक (BLO)</w:t>
            </w:r>
          </w:p>
        </w:tc>
        <w:tc>
          <w:tcPr>
            <w:tcW w:type="dxa" w:w="1417"/>
          </w:tcPr>
          <w:p>
            <w:pPr>
              <w:spacing w:after="20"/>
              <w:jc w:val="center"/>
            </w:pPr>
            <w:r>
              <w:rPr>
                <w:b w:val="0"/>
                <w:i w:val="0"/>
                <w:sz w:val="20"/>
                <w:szCs w:val="20"/>
              </w:rPr>
              <w:t>6</w:t>
            </w:r>
          </w:p>
        </w:tc>
      </w:tr>
      <w:tr>
        <w:trPr>
          <w:cantSplit/>
        </w:trPr>
        <w:tc>
          <w:tcPr>
            <w:tcW w:type="dxa" w:w="567"/>
          </w:tcPr>
          <w:p>
            <w:pPr>
              <w:spacing w:after="20"/>
            </w:pPr>
            <w:r>
              <w:rPr>
                <w:b w:val="0"/>
                <w:i w:val="0"/>
                <w:sz w:val="20"/>
                <w:szCs w:val="20"/>
              </w:rPr>
              <w:t>4</w:t>
            </w:r>
          </w:p>
        </w:tc>
        <w:tc>
          <w:tcPr>
            <w:tcW w:type="dxa" w:w="8220"/>
          </w:tcPr>
          <w:p>
            <w:pPr>
              <w:spacing w:after="20"/>
            </w:pPr>
            <w:r>
              <w:rPr>
                <w:b w:val="0"/>
                <w:i w:val="0"/>
                <w:sz w:val="20"/>
                <w:szCs w:val="20"/>
              </w:rPr>
              <w:t>मतदान दलों के कार्मिकों की संपर्क सूची</w:t>
            </w:r>
          </w:p>
        </w:tc>
        <w:tc>
          <w:tcPr>
            <w:tcW w:type="dxa" w:w="1417"/>
          </w:tcPr>
          <w:p>
            <w:pPr>
              <w:spacing w:after="20"/>
              <w:jc w:val="center"/>
            </w:pPr>
            <w:r>
              <w:rPr>
                <w:b w:val="0"/>
                <w:i w:val="0"/>
                <w:sz w:val="20"/>
                <w:szCs w:val="20"/>
              </w:rPr>
              <w:t>7</w:t>
            </w:r>
          </w:p>
        </w:tc>
      </w:tr>
    </w:tbl>
    <w:p>
      <w:pPr>
        <w:spacing w:after="40"/>
      </w:pPr>
    </w:p>
    <w:p>
      <w:pPr>
        <w:spacing w:after="20"/>
      </w:pPr>
      <w:r>
        <w:rPr>
          <w:b/>
          <w:bCs/>
          <w:i w:val="0"/>
          <w:sz w:val="24"/>
          <w:szCs w:val="24"/>
        </w:rPr>
        <w:t>आधार: आयोग के आदेश और पत्र</w:t>
      </w:r>
    </w:p>
    <w:p>
      <w:pPr>
        <w:spacing w:after="60"/>
      </w:pPr>
      <w:r>
        <w:rPr>
          <w:b w:val="0"/>
          <w:i w:val="0"/>
          <w:sz w:val="17"/>
          <w:szCs w:val="17"/>
        </w:rPr>
        <w:t>सूचियों के "आधार" कॉलम में छोटा नाम लिखा है; पूरा क्रमांक और दिनांक नीचे। नाम पर क्लिक करें, तो mockpoll.com पर उसकी प्रति खुलेगी; छपी प्रति में पता = https://mockpoll.com/panchayat/rajasthan/2026/ के बाद तीसरे कॉलम का नाम।</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3402"/>
        <w:gridCol w:w="3402"/>
        <w:gridCol w:w="3402"/>
      </w:tblGrid>
      <w:tr>
        <w:trPr>
          <w:cantSplit/>
          <w:tblHeader/>
        </w:trPr>
        <w:tc>
          <w:tcPr>
            <w:tcW w:type="dxa" w:w="1701"/>
            <w:shd w:val="clear" w:color="auto" w:fill="BFBFBF"/>
            <w:vAlign w:val="center"/>
          </w:tcPr>
          <w:p>
            <w:pPr>
              <w:spacing w:after="20"/>
              <w:jc w:val="center"/>
            </w:pPr>
            <w:r>
              <w:rPr>
                <w:b/>
                <w:bCs/>
                <w:i w:val="0"/>
                <w:sz w:val="18"/>
                <w:szCs w:val="18"/>
              </w:rPr>
              <w:t>छोटा नाम</w:t>
            </w:r>
          </w:p>
        </w:tc>
        <w:tc>
          <w:tcPr>
            <w:tcW w:type="dxa" w:w="6009"/>
            <w:shd w:val="clear" w:color="auto" w:fill="BFBFBF"/>
            <w:vAlign w:val="center"/>
          </w:tcPr>
          <w:p>
            <w:pPr>
              <w:spacing w:after="20"/>
              <w:jc w:val="center"/>
            </w:pPr>
            <w:r>
              <w:rPr>
                <w:b/>
                <w:bCs/>
                <w:i w:val="0"/>
                <w:sz w:val="18"/>
                <w:szCs w:val="18"/>
              </w:rPr>
              <w:t>पूरा क्रमांक और दिनांक</w:t>
            </w:r>
          </w:p>
        </w:tc>
        <w:tc>
          <w:tcPr>
            <w:tcW w:type="dxa" w:w="2494"/>
            <w:shd w:val="clear" w:color="auto" w:fill="BFBFBF"/>
            <w:vAlign w:val="center"/>
          </w:tcPr>
          <w:p>
            <w:pPr>
              <w:spacing w:after="20"/>
              <w:jc w:val="center"/>
            </w:pPr>
            <w:r>
              <w:rPr>
                <w:b/>
                <w:bCs/>
                <w:i w:val="0"/>
                <w:sz w:val="18"/>
                <w:szCs w:val="18"/>
              </w:rPr>
              <w:t>प्रति</w:t>
            </w:r>
          </w:p>
        </w:tc>
      </w:tr>
      <w:tr>
        <w:trPr>
          <w:cantSplit/>
        </w:trPr>
        <w:tc>
          <w:tcPr>
            <w:tcW w:type="dxa" w:w="1701"/>
          </w:tcPr>
          <w:p>
            <w:pPr>
              <w:spacing w:after="20"/>
            </w:pPr>
            <w:hyperlink r:id="rId11">
              <w:r>
                <w:rPr>
                  <w:b/>
                  <w:bCs/>
                  <w:i w:val="0"/>
                  <w:color w:val="1F4E9E"/>
                  <w:sz w:val="18"/>
                  <w:szCs w:val="18"/>
                  <w:u w:val="single"/>
                </w:rPr>
                <w:t>कार्यक्रम 9836</w:t>
              </w:r>
            </w:hyperlink>
          </w:p>
        </w:tc>
        <w:tc>
          <w:tcPr>
            <w:tcW w:type="dxa" w:w="6009"/>
          </w:tcPr>
          <w:p>
            <w:pPr>
              <w:spacing w:after="20"/>
            </w:pPr>
            <w:r>
              <w:rPr>
                <w:b w:val="0"/>
                <w:i w:val="0"/>
                <w:sz w:val="18"/>
                <w:szCs w:val="18"/>
              </w:rPr>
              <w:t>आयोग का चुनाव कार्यक्रम, क्रमांक एफ.7(1)(1)/पंचा/रानिआ/2024/9836-44, दिनांक 03.10.2026</w:t>
            </w:r>
          </w:p>
        </w:tc>
        <w:tc>
          <w:tcPr>
            <w:tcW w:type="dxa" w:w="2494"/>
          </w:tcPr>
          <w:p>
            <w:pPr>
              <w:spacing w:after="20"/>
            </w:pPr>
            <w:hyperlink r:id="rId11">
              <w:r>
                <w:rPr>
                  <w:b w:val="0"/>
                  <w:i w:val="0"/>
                  <w:color w:val="1F4E9E"/>
                  <w:sz w:val="18"/>
                  <w:szCs w:val="18"/>
                  <w:u w:val="single"/>
                </w:rPr>
                <w:t>orders/9836.pdf</w:t>
              </w:r>
            </w:hyperlink>
          </w:p>
        </w:tc>
      </w:tr>
      <w:tr>
        <w:trPr>
          <w:cantSplit/>
        </w:trPr>
        <w:tc>
          <w:tcPr>
            <w:tcW w:type="dxa" w:w="1701"/>
          </w:tcPr>
          <w:p>
            <w:pPr>
              <w:spacing w:after="20"/>
            </w:pPr>
            <w:hyperlink r:id="rId12">
              <w:r>
                <w:rPr>
                  <w:b/>
                  <w:bCs/>
                  <w:i w:val="0"/>
                  <w:color w:val="1F4E9E"/>
                  <w:sz w:val="18"/>
                  <w:szCs w:val="18"/>
                  <w:u w:val="single"/>
                </w:rPr>
                <w:t>पत्र 10090</w:t>
              </w:r>
            </w:hyperlink>
          </w:p>
        </w:tc>
        <w:tc>
          <w:tcPr>
            <w:tcW w:type="dxa" w:w="6009"/>
          </w:tcPr>
          <w:p>
            <w:pPr>
              <w:spacing w:after="20"/>
            </w:pPr>
            <w:r>
              <w:rPr>
                <w:b w:val="0"/>
                <w:i w:val="0"/>
                <w:sz w:val="18"/>
                <w:szCs w:val="18"/>
              </w:rPr>
              <w:t>आयोग का पत्र क्रमांक एफ.7(1)(1)/पंचा/रानिआ/2024/10090, दिनांक 06.10.2026 (पहले, दूसरे और तीसरे चरण की समय-सारणी में बदलाव; तीसरे चरण की तारीख़ें इसी से)</w:t>
            </w:r>
          </w:p>
        </w:tc>
        <w:tc>
          <w:tcPr>
            <w:tcW w:type="dxa" w:w="2494"/>
          </w:tcPr>
          <w:p>
            <w:pPr>
              <w:spacing w:after="20"/>
            </w:pPr>
            <w:hyperlink r:id="rId12">
              <w:r>
                <w:rPr>
                  <w:b w:val="0"/>
                  <w:i w:val="0"/>
                  <w:color w:val="1F4E9E"/>
                  <w:sz w:val="18"/>
                  <w:szCs w:val="18"/>
                  <w:u w:val="single"/>
                </w:rPr>
                <w:t>orders/10090.pdf</w:t>
              </w:r>
            </w:hyperlink>
          </w:p>
        </w:tc>
      </w:tr>
      <w:tr>
        <w:trPr>
          <w:cantSplit/>
        </w:trPr>
        <w:tc>
          <w:tcPr>
            <w:tcW w:type="dxa" w:w="1701"/>
          </w:tcPr>
          <w:p>
            <w:pPr>
              <w:spacing w:after="20"/>
            </w:pPr>
            <w:hyperlink r:id="rId13">
              <w:r>
                <w:rPr>
                  <w:b/>
                  <w:bCs/>
                  <w:i w:val="0"/>
                  <w:color w:val="1F4E9E"/>
                  <w:sz w:val="18"/>
                  <w:szCs w:val="18"/>
                  <w:u w:val="single"/>
                </w:rPr>
                <w:t>आदेश 9809</w:t>
              </w:r>
            </w:hyperlink>
          </w:p>
        </w:tc>
        <w:tc>
          <w:tcPr>
            <w:tcW w:type="dxa" w:w="6009"/>
          </w:tcPr>
          <w:p>
            <w:pPr>
              <w:spacing w:after="20"/>
            </w:pPr>
            <w:r>
              <w:rPr>
                <w:b w:val="0"/>
                <w:i w:val="0"/>
                <w:sz w:val="18"/>
                <w:szCs w:val="18"/>
              </w:rPr>
              <w:t>आयोग का आदेश क्रमांक एफ 7(1)(3)/पंचा/रानिआ/14-15/9809, दिनांक 02.10.2026</w:t>
            </w:r>
          </w:p>
        </w:tc>
        <w:tc>
          <w:tcPr>
            <w:tcW w:type="dxa" w:w="2494"/>
          </w:tcPr>
          <w:p>
            <w:pPr>
              <w:spacing w:after="20"/>
            </w:pPr>
            <w:hyperlink r:id="rId13">
              <w:r>
                <w:rPr>
                  <w:b w:val="0"/>
                  <w:i w:val="0"/>
                  <w:color w:val="1F4E9E"/>
                  <w:sz w:val="18"/>
                  <w:szCs w:val="18"/>
                  <w:u w:val="single"/>
                </w:rPr>
                <w:t>orders/9809.pdf</w:t>
              </w:r>
            </w:hyperlink>
          </w:p>
        </w:tc>
      </w:tr>
      <w:tr>
        <w:trPr>
          <w:cantSplit/>
        </w:trPr>
        <w:tc>
          <w:tcPr>
            <w:tcW w:type="dxa" w:w="1701"/>
          </w:tcPr>
          <w:p>
            <w:pPr>
              <w:spacing w:after="20"/>
            </w:pPr>
            <w:hyperlink r:id="rId14">
              <w:r>
                <w:rPr>
                  <w:b/>
                  <w:bCs/>
                  <w:i w:val="0"/>
                  <w:color w:val="1F4E9E"/>
                  <w:sz w:val="18"/>
                  <w:szCs w:val="18"/>
                  <w:u w:val="single"/>
                </w:rPr>
                <w:t>पत्र 1323</w:t>
              </w:r>
            </w:hyperlink>
          </w:p>
        </w:tc>
        <w:tc>
          <w:tcPr>
            <w:tcW w:type="dxa" w:w="6009"/>
          </w:tcPr>
          <w:p>
            <w:pPr>
              <w:spacing w:after="20"/>
            </w:pPr>
            <w:r>
              <w:rPr>
                <w:b w:val="0"/>
                <w:i w:val="0"/>
                <w:sz w:val="18"/>
                <w:szCs w:val="18"/>
              </w:rPr>
              <w:t>आयोग का पत्र क्रमांक एफ. 7(1)(1)/पंचा/रानिआ/2024/1323, दिनांक 03.02.2026 (मतगणना)</w:t>
            </w:r>
          </w:p>
        </w:tc>
        <w:tc>
          <w:tcPr>
            <w:tcW w:type="dxa" w:w="2494"/>
          </w:tcPr>
          <w:p>
            <w:pPr>
              <w:spacing w:after="20"/>
            </w:pPr>
            <w:hyperlink r:id="rId14">
              <w:r>
                <w:rPr>
                  <w:b w:val="0"/>
                  <w:i w:val="0"/>
                  <w:color w:val="1F4E9E"/>
                  <w:sz w:val="18"/>
                  <w:szCs w:val="18"/>
                  <w:u w:val="single"/>
                </w:rPr>
                <w:t>orders/cmp-1323.pdf</w:t>
              </w:r>
            </w:hyperlink>
          </w:p>
        </w:tc>
      </w:tr>
      <w:tr>
        <w:trPr>
          <w:cantSplit/>
        </w:trPr>
        <w:tc>
          <w:tcPr>
            <w:tcW w:type="dxa" w:w="1701"/>
          </w:tcPr>
          <w:p>
            <w:pPr>
              <w:spacing w:after="20"/>
            </w:pPr>
            <w:hyperlink r:id="rId15">
              <w:r>
                <w:rPr>
                  <w:b/>
                  <w:bCs/>
                  <w:i w:val="0"/>
                  <w:color w:val="1F4E9E"/>
                  <w:sz w:val="18"/>
                  <w:szCs w:val="18"/>
                  <w:u w:val="single"/>
                </w:rPr>
                <w:t>पत्र 20.10.2026</w:t>
              </w:r>
            </w:hyperlink>
          </w:p>
        </w:tc>
        <w:tc>
          <w:tcPr>
            <w:tcW w:type="dxa" w:w="6009"/>
          </w:tcPr>
          <w:p>
            <w:pPr>
              <w:spacing w:after="20"/>
            </w:pPr>
            <w:r>
              <w:rPr>
                <w:b w:val="0"/>
                <w:i w:val="0"/>
                <w:sz w:val="18"/>
                <w:szCs w:val="18"/>
              </w:rPr>
              <w:t>आयोग का पत्र क्रमांक एफ. 7(1)(1)/पंचा/रानिआ/2024/स्पे. 1, दिनांक 20.10.2026 (उप-सरपंच के चुनाव का समय)</w:t>
            </w:r>
          </w:p>
        </w:tc>
        <w:tc>
          <w:tcPr>
            <w:tcW w:type="dxa" w:w="2494"/>
          </w:tcPr>
          <w:p>
            <w:pPr>
              <w:spacing w:after="20"/>
            </w:pPr>
            <w:hyperlink r:id="rId15">
              <w:r>
                <w:rPr>
                  <w:b w:val="0"/>
                  <w:i w:val="0"/>
                  <w:color w:val="1F4E9E"/>
                  <w:sz w:val="18"/>
                  <w:szCs w:val="18"/>
                  <w:u w:val="single"/>
                </w:rPr>
                <w:t>orders/upsarpanch-samay-20102026.pdf</w:t>
              </w:r>
            </w:hyperlink>
          </w:p>
        </w:tc>
      </w:tr>
      <w:tr>
        <w:trPr>
          <w:cantSplit/>
        </w:trPr>
        <w:tc>
          <w:tcPr>
            <w:tcW w:type="dxa" w:w="1701"/>
          </w:tcPr>
          <w:p>
            <w:pPr>
              <w:spacing w:after="20"/>
            </w:pPr>
            <w:hyperlink r:id="rId16">
              <w:r>
                <w:rPr>
                  <w:b/>
                  <w:bCs/>
                  <w:i w:val="0"/>
                  <w:color w:val="1F4E9E"/>
                  <w:sz w:val="18"/>
                  <w:szCs w:val="18"/>
                  <w:u w:val="single"/>
                </w:rPr>
                <w:t>आदेश 6251</w:t>
              </w:r>
            </w:hyperlink>
          </w:p>
        </w:tc>
        <w:tc>
          <w:tcPr>
            <w:tcW w:type="dxa" w:w="6009"/>
          </w:tcPr>
          <w:p>
            <w:pPr>
              <w:spacing w:after="20"/>
            </w:pPr>
            <w:r>
              <w:rPr>
                <w:b w:val="0"/>
                <w:i w:val="0"/>
                <w:sz w:val="18"/>
                <w:szCs w:val="18"/>
              </w:rPr>
              <w:t>आयोग का आदेश क्रमांक एफ.7(1)(3)पंचा/रानिआ/2014-15/6251, दिनांक 26.12.2019 (लोक सूचना कहाँ लगे)</w:t>
            </w:r>
          </w:p>
        </w:tc>
        <w:tc>
          <w:tcPr>
            <w:tcW w:type="dxa" w:w="2494"/>
          </w:tcPr>
          <w:p>
            <w:pPr>
              <w:spacing w:after="20"/>
            </w:pPr>
            <w:hyperlink r:id="rId16">
              <w:r>
                <w:rPr>
                  <w:b w:val="0"/>
                  <w:i w:val="0"/>
                  <w:color w:val="1F4E9E"/>
                  <w:sz w:val="18"/>
                  <w:szCs w:val="18"/>
                  <w:u w:val="single"/>
                </w:rPr>
                <w:t>orders/cmp-6251.pdf</w:t>
              </w:r>
            </w:hyperlink>
          </w:p>
        </w:tc>
      </w:tr>
      <w:tr>
        <w:trPr>
          <w:cantSplit/>
        </w:trPr>
        <w:tc>
          <w:tcPr>
            <w:tcW w:type="dxa" w:w="1701"/>
          </w:tcPr>
          <w:p>
            <w:pPr>
              <w:spacing w:after="20"/>
            </w:pPr>
            <w:hyperlink r:id="rId17">
              <w:r>
                <w:rPr>
                  <w:b/>
                  <w:bCs/>
                  <w:i w:val="0"/>
                  <w:color w:val="1F4E9E"/>
                  <w:sz w:val="18"/>
                  <w:szCs w:val="18"/>
                  <w:u w:val="single"/>
                </w:rPr>
                <w:t>अधिसूचना 4191</w:t>
              </w:r>
            </w:hyperlink>
          </w:p>
        </w:tc>
        <w:tc>
          <w:tcPr>
            <w:tcW w:type="dxa" w:w="6009"/>
          </w:tcPr>
          <w:p>
            <w:pPr>
              <w:spacing w:after="20"/>
            </w:pPr>
            <w:r>
              <w:rPr>
                <w:b w:val="0"/>
                <w:i w:val="0"/>
                <w:sz w:val="18"/>
                <w:szCs w:val="18"/>
              </w:rPr>
              <w:t>आयोग की अधिसूचना क्रमांक प.4(5)(1)पंचा/रानिआ/19/4191, दिनांक 17.10.2025 (पंच और सरपंच के चुनाव प्रतीक)</w:t>
            </w:r>
          </w:p>
        </w:tc>
        <w:tc>
          <w:tcPr>
            <w:tcW w:type="dxa" w:w="2494"/>
          </w:tcPr>
          <w:p>
            <w:pPr>
              <w:spacing w:after="20"/>
            </w:pPr>
            <w:hyperlink r:id="rId17">
              <w:r>
                <w:rPr>
                  <w:b w:val="0"/>
                  <w:i w:val="0"/>
                  <w:color w:val="1F4E9E"/>
                  <w:sz w:val="18"/>
                  <w:szCs w:val="18"/>
                  <w:u w:val="single"/>
                </w:rPr>
                <w:t>orders/cmp-4191.pdf</w:t>
              </w:r>
            </w:hyperlink>
          </w:p>
        </w:tc>
      </w:tr>
      <w:tr>
        <w:trPr>
          <w:cantSplit/>
        </w:trPr>
        <w:tc>
          <w:tcPr>
            <w:tcW w:type="dxa" w:w="1701"/>
          </w:tcPr>
          <w:p>
            <w:pPr>
              <w:spacing w:after="20"/>
            </w:pPr>
            <w:hyperlink r:id="rId18">
              <w:r>
                <w:rPr>
                  <w:b/>
                  <w:bCs/>
                  <w:i w:val="0"/>
                  <w:color w:val="1F4E9E"/>
                  <w:sz w:val="18"/>
                  <w:szCs w:val="18"/>
                  <w:u w:val="single"/>
                </w:rPr>
                <w:t>पत्र 5096</w:t>
              </w:r>
            </w:hyperlink>
          </w:p>
        </w:tc>
        <w:tc>
          <w:tcPr>
            <w:tcW w:type="dxa" w:w="6009"/>
          </w:tcPr>
          <w:p>
            <w:pPr>
              <w:spacing w:after="20"/>
            </w:pPr>
            <w:r>
              <w:rPr>
                <w:b w:val="0"/>
                <w:i w:val="0"/>
                <w:sz w:val="18"/>
                <w:szCs w:val="18"/>
              </w:rPr>
              <w:t>आयोग का पत्र क्रमांक एफ.7(4)(1)पंचा/रानिआ/14-15/5096, दिनांक 26.12.2025 (मतदान दलों का गठन)</w:t>
            </w:r>
          </w:p>
        </w:tc>
        <w:tc>
          <w:tcPr>
            <w:tcW w:type="dxa" w:w="2494"/>
          </w:tcPr>
          <w:p>
            <w:pPr>
              <w:spacing w:after="20"/>
            </w:pPr>
            <w:hyperlink r:id="rId18">
              <w:r>
                <w:rPr>
                  <w:b w:val="0"/>
                  <w:i w:val="0"/>
                  <w:color w:val="1F4E9E"/>
                  <w:sz w:val="18"/>
                  <w:szCs w:val="18"/>
                  <w:u w:val="single"/>
                </w:rPr>
                <w:t>orders/cmp-5096.pdf</w:t>
              </w:r>
            </w:hyperlink>
          </w:p>
        </w:tc>
      </w:tr>
      <w:tr>
        <w:trPr>
          <w:cantSplit/>
        </w:trPr>
        <w:tc>
          <w:tcPr>
            <w:tcW w:type="dxa" w:w="1701"/>
          </w:tcPr>
          <w:p>
            <w:pPr>
              <w:spacing w:after="20"/>
            </w:pPr>
            <w:hyperlink r:id="rId19">
              <w:r>
                <w:rPr>
                  <w:b/>
                  <w:bCs/>
                  <w:i w:val="0"/>
                  <w:color w:val="1F4E9E"/>
                  <w:sz w:val="18"/>
                  <w:szCs w:val="18"/>
                  <w:u w:val="single"/>
                </w:rPr>
                <w:t>मार्गदर्शिका</w:t>
              </w:r>
            </w:hyperlink>
          </w:p>
        </w:tc>
        <w:tc>
          <w:tcPr>
            <w:tcW w:type="dxa" w:w="6009"/>
          </w:tcPr>
          <w:p>
            <w:pPr>
              <w:spacing w:after="20"/>
            </w:pPr>
            <w:r>
              <w:rPr>
                <w:b w:val="0"/>
                <w:i w:val="0"/>
                <w:sz w:val="18"/>
                <w:szCs w:val="18"/>
              </w:rPr>
              <w:t>मतपेटी वाली मार्गदर्शिका, पंचायती राज संस्थाओं के आम चुनाव 2026 (पृष्ठ = छपा पृष्ठ नंबर)</w:t>
            </w:r>
          </w:p>
        </w:tc>
        <w:tc>
          <w:tcPr>
            <w:tcW w:type="dxa" w:w="2494"/>
          </w:tcPr>
          <w:p>
            <w:pPr>
              <w:spacing w:after="20"/>
            </w:pPr>
            <w:hyperlink r:id="rId19">
              <w:r>
                <w:rPr>
                  <w:b w:val="0"/>
                  <w:i w:val="0"/>
                  <w:color w:val="1F4E9E"/>
                  <w:sz w:val="18"/>
                  <w:szCs w:val="18"/>
                  <w:u w:val="single"/>
                </w:rPr>
                <w:t>sources/mgm-2026.pdf</w:t>
              </w:r>
            </w:hyperlink>
          </w:p>
        </w:tc>
      </w:tr>
    </w:tbl>
    <w:p>
      <w:pPr>
        <w:spacing w:after="40"/>
      </w:pPr>
    </w:p>
    <w:p>
      <w:pPr>
        <w:spacing w:line="269" w:lineRule="auto" w:after="20"/>
        <w:ind w:left="255" w:hanging="255"/>
      </w:pPr>
      <w:r>
        <w:rPr>
          <w:b w:val="0"/>
          <w:i w:val="0"/>
          <w:sz w:val="17"/>
          <w:szCs w:val="17"/>
        </w:rPr>
        <w:t>•</w:t>
        <w:tab/>
        <w:t>नियम = राजस्थान पंचायती राज (निर्वाचन) नियम, 1994; धारा = राजस्थान पंचायती राज अधिनियम, 1994। धारा 27(2), नियम 65(2) और नियम 66(9) पर क्लिक करें, तो उस पन्ने की प्रति खुलेगी।</w:t>
      </w:r>
    </w:p>
    <w:p>
      <w:pPr>
        <w:spacing w:line="269" w:lineRule="auto" w:after="20"/>
        <w:ind w:left="255" w:hanging="255"/>
      </w:pPr>
      <w:r>
        <w:rPr>
          <w:b w:val="0"/>
          <w:i w:val="0"/>
          <w:sz w:val="17"/>
          <w:szCs w:val="17"/>
        </w:rPr>
        <w:t>•</w:t>
        <w:tab/>
        <w:t>दिन-वार सूची की तारीख़ें: तीसरा चरण पत्र 10090 से (इसने कार्यक्रम 9836 में पहले, दूसरे और तीसरे चरण की समय-सारणी बदली), चौथा चरण कार्यक्रम 9836 से, उप-सरपंच के चुनाव का समय पत्र 20.10.2026 से।</w:t>
      </w:r>
    </w:p>
    <w:p>
      <w:pPr>
        <w:spacing w:line="269" w:lineRule="auto" w:after="20"/>
        <w:ind w:left="255" w:hanging="255"/>
      </w:pPr>
      <w:r>
        <w:rPr>
          <w:b w:val="0"/>
          <w:i w:val="0"/>
          <w:sz w:val="17"/>
          <w:szCs w:val="17"/>
        </w:rPr>
        <w:t>•</w:t>
        <w:tab/>
        <w:t>नाम निर्देशन के दिन के काम, मतपत्र पर नाम हाथ से लिखना और अतिरिक्त पर्चियाँ आदेश 9809 (02.10.2026) के हिसाब से लिखे हैं। इस आदेश में लिखा है कि इसकी प्रक्रिया के बारे में पहले के आदेशों, परिपत्रों और मार्गदर्शिकाओं की बातें उस हद तक लागू नहीं होंगी।</w:t>
      </w:r>
    </w:p>
    <w:p>
      <w:pPr>
        <w:spacing w:line="269" w:lineRule="auto" w:after="20"/>
        <w:ind w:left="255" w:hanging="255"/>
      </w:pPr>
      <w:r>
        <w:rPr>
          <w:b w:val="0"/>
          <w:i w:val="0"/>
          <w:sz w:val="17"/>
          <w:szCs w:val="17"/>
        </w:rPr>
        <w:t>•</w:t>
        <w:tab/>
        <w:t>संपर्क सूचियाँ भरकर मेज़ पर रखिए; इनमें लोगों के मोबाइल नंबर हैं, इसलिए इन्हें नोटिस बोर्ड पर न लगाइए।</w:t>
      </w:r>
    </w:p>
    <w:p>
      <w:pPr>
        <w:sectPr>
          <w:footerReference w:type="default" r:id="rId9"/>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बालोतरा ज़िला: रिटर्निंग अधिकारी की दिन-वार कार्य सूची</w:t>
      </w:r>
    </w:p>
    <w:p>
      <w:pPr>
        <w:spacing w:after="40"/>
        <w:jc w:val="center"/>
      </w:pPr>
      <w:r>
        <w:rPr>
          <w:b w:val="0"/>
          <w:i w:val="0"/>
          <w:sz w:val="19"/>
          <w:szCs w:val="19"/>
        </w:rPr>
        <w:t>पंच, सरपंच और उप-सरपंच का चुनाव: तीसरा और चौथा चरण</w:t>
      </w:r>
    </w:p>
    <w:p>
      <w:pPr>
        <w:spacing w:after="120"/>
        <w:jc w:val="center"/>
      </w:pPr>
      <w:r>
        <w:rPr>
          <w:b w:val="0"/>
          <w:i/>
          <w:sz w:val="17"/>
          <w:szCs w:val="17"/>
        </w:rPr>
        <w:t>सुझाई गई मॉडल कार्यालय शीट; आयोग का निर्धारित प्ररूप नहीं।</w:t>
      </w:r>
    </w:p>
    <w:p>
      <w:pPr>
        <w:spacing w:after="60"/>
      </w:pPr>
      <w:r>
        <w:rPr>
          <w:b w:val="0"/>
          <w:i w:val="0"/>
          <w:sz w:val="17"/>
          <w:szCs w:val="17"/>
        </w:rPr>
        <w:t>तारीख़ें: तीसरा चरण आयोग के पत्र 10090 (06.10.2026) से, जिसने चुनाव कार्यक्रम 9836 में तीसरे चरण की तारीख़ें बदलीं; चौथा चरण कार्यक्रम 9836 (03.10.2026) के परिशिष्ट-A से। उप-सरपंच के चुनाव का समय: आयोग का पत्र दिनांक 20.10.2026।</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3028"/>
        <w:gridCol w:w="3028"/>
        <w:gridCol w:w="3028"/>
        <w:gridCol w:w="3028"/>
        <w:gridCol w:w="3028"/>
      </w:tblGrid>
      <w:tr>
        <w:trPr>
          <w:cantSplit/>
          <w:tblHeader/>
        </w:trPr>
        <w:tc>
          <w:tcPr>
            <w:tcW w:type="dxa" w:w="1417"/>
            <w:shd w:val="clear" w:color="auto" w:fill="BFBFBF"/>
            <w:vAlign w:val="center"/>
          </w:tcPr>
          <w:p>
            <w:pPr>
              <w:spacing w:after="20"/>
              <w:jc w:val="center"/>
            </w:pPr>
            <w:r>
              <w:rPr>
                <w:b/>
                <w:bCs/>
                <w:i w:val="0"/>
                <w:sz w:val="20"/>
                <w:szCs w:val="20"/>
              </w:rPr>
              <w:t>तीसरा चरण</w:t>
            </w:r>
          </w:p>
        </w:tc>
        <w:tc>
          <w:tcPr>
            <w:tcW w:type="dxa" w:w="1417"/>
            <w:shd w:val="clear" w:color="auto" w:fill="BFBFBF"/>
            <w:vAlign w:val="center"/>
          </w:tcPr>
          <w:p>
            <w:pPr>
              <w:spacing w:after="20"/>
              <w:jc w:val="center"/>
            </w:pPr>
            <w:r>
              <w:rPr>
                <w:b/>
                <w:bCs/>
                <w:i w:val="0"/>
                <w:sz w:val="20"/>
                <w:szCs w:val="20"/>
              </w:rPr>
              <w:t>चौथा चरण</w:t>
            </w:r>
          </w:p>
        </w:tc>
        <w:tc>
          <w:tcPr>
            <w:tcW w:type="dxa" w:w="1474"/>
            <w:shd w:val="clear" w:color="auto" w:fill="BFBFBF"/>
            <w:vAlign w:val="center"/>
          </w:tcPr>
          <w:p>
            <w:pPr>
              <w:spacing w:after="20"/>
              <w:jc w:val="center"/>
            </w:pPr>
            <w:r>
              <w:rPr>
                <w:b/>
                <w:bCs/>
                <w:i w:val="0"/>
                <w:sz w:val="20"/>
                <w:szCs w:val="20"/>
              </w:rPr>
              <w:t>समय</w:t>
            </w:r>
          </w:p>
        </w:tc>
        <w:tc>
          <w:tcPr>
            <w:tcW w:type="dxa" w:w="8277"/>
            <w:shd w:val="clear" w:color="auto" w:fill="BFBFBF"/>
            <w:vAlign w:val="center"/>
          </w:tcPr>
          <w:p>
            <w:pPr>
              <w:spacing w:after="20"/>
              <w:jc w:val="center"/>
            </w:pPr>
            <w:r>
              <w:rPr>
                <w:b/>
                <w:bCs/>
                <w:i w:val="0"/>
                <w:sz w:val="20"/>
                <w:szCs w:val="20"/>
              </w:rPr>
              <w:t>रिटर्निंग अधिकारी का काम</w:t>
            </w:r>
          </w:p>
        </w:tc>
        <w:tc>
          <w:tcPr>
            <w:tcW w:type="dxa" w:w="2551"/>
            <w:shd w:val="clear" w:color="auto" w:fill="BFBFBF"/>
            <w:vAlign w:val="center"/>
          </w:tcPr>
          <w:p>
            <w:pPr>
              <w:spacing w:after="20"/>
              <w:jc w:val="center"/>
            </w:pPr>
            <w:r>
              <w:rPr>
                <w:b/>
                <w:bCs/>
                <w:i w:val="0"/>
                <w:sz w:val="20"/>
                <w:szCs w:val="20"/>
              </w:rPr>
              <w:t>आधार</w:t>
            </w:r>
          </w:p>
        </w:tc>
      </w:tr>
      <w:tr>
        <w:trPr>
          <w:cantSplit/>
        </w:trPr>
        <w:tc>
          <w:tcPr>
            <w:tcW w:type="dxa" w:w="1417"/>
            <w:vAlign w:val="center"/>
          </w:tcPr>
          <w:p>
            <w:pPr>
              <w:spacing w:after="20"/>
            </w:pPr>
            <w:r>
              <w:rPr>
                <w:b w:val="0"/>
                <w:i w:val="0"/>
                <w:sz w:val="20"/>
                <w:szCs w:val="20"/>
              </w:rPr>
              <w:t>19.10.2026</w:t>
            </w:r>
          </w:p>
          <w:p>
            <w:pPr>
              <w:spacing w:after="20"/>
            </w:pPr>
            <w:r>
              <w:rPr>
                <w:b w:val="0"/>
                <w:i w:val="0"/>
                <w:sz w:val="20"/>
                <w:szCs w:val="20"/>
              </w:rPr>
              <w:t>सोमवार</w:t>
            </w:r>
          </w:p>
        </w:tc>
        <w:tc>
          <w:tcPr>
            <w:tcW w:type="dxa" w:w="1417"/>
            <w:vAlign w:val="center"/>
          </w:tcPr>
          <w:p>
            <w:pPr>
              <w:spacing w:after="20"/>
            </w:pPr>
            <w:r>
              <w:rPr>
                <w:b w:val="0"/>
                <w:i w:val="0"/>
                <w:sz w:val="20"/>
                <w:szCs w:val="20"/>
              </w:rPr>
              <w:t>31.10.2026</w:t>
            </w:r>
          </w:p>
          <w:p>
            <w:pPr>
              <w:spacing w:after="20"/>
            </w:pPr>
            <w:r>
              <w:rPr>
                <w:b w:val="0"/>
                <w:i w:val="0"/>
                <w:sz w:val="20"/>
                <w:szCs w:val="20"/>
              </w:rPr>
              <w:t>शनिवार</w:t>
            </w:r>
          </w:p>
        </w:tc>
        <w:tc>
          <w:tcPr>
            <w:tcW w:type="dxa" w:w="1474"/>
          </w:tcPr>
          <w:p>
            <w:pPr>
              <w:spacing w:after="20"/>
            </w:pPr>
            <w:r>
              <w:rPr>
                <w:b w:val="0"/>
                <w:i w:val="0"/>
                <w:sz w:val="20"/>
                <w:szCs w:val="20"/>
              </w:rPr>
            </w:r>
          </w:p>
        </w:tc>
        <w:tc>
          <w:tcPr>
            <w:tcW w:type="dxa" w:w="8277"/>
          </w:tcPr>
          <w:p>
            <w:pPr>
              <w:spacing w:after="20"/>
            </w:pPr>
            <w:r>
              <w:rPr>
                <w:b w:val="0"/>
                <w:i w:val="0"/>
                <w:sz w:val="20"/>
                <w:szCs w:val="20"/>
              </w:rPr>
              <w:t>ज़िला निर्वाचन अधिकारी की लोकसूचना (नियम 23 सपठित नियम 56); जानकारी के लिए।</w:t>
            </w:r>
          </w:p>
        </w:tc>
        <w:tc>
          <w:tcPr>
            <w:tcW w:type="dxa" w:w="2551"/>
          </w:tcPr>
          <w:p>
            <w:pPr>
              <w:spacing w:after="20"/>
            </w:pPr>
            <w:hyperlink r:id="rId11">
              <w:r>
                <w:rPr>
                  <w:b w:val="0"/>
                  <w:i w:val="0"/>
                  <w:color w:val="1F4E9E"/>
                  <w:sz w:val="20"/>
                  <w:szCs w:val="20"/>
                  <w:u w:val="single"/>
                </w:rPr>
                <w:t>कार्यक्रम 9836</w:t>
              </w:r>
            </w:hyperlink>
          </w:p>
        </w:tc>
      </w:tr>
      <w:tr>
        <w:trPr>
          <w:cantSplit/>
        </w:trPr>
        <w:tc>
          <w:tcPr>
            <w:tcW w:type="dxa" w:w="1417"/>
            <w:vAlign w:val="center"/>
          </w:tcPr>
          <w:p>
            <w:pPr>
              <w:spacing w:after="20"/>
            </w:pPr>
            <w:r>
              <w:rPr>
                <w:b w:val="0"/>
                <w:i w:val="0"/>
                <w:sz w:val="20"/>
                <w:szCs w:val="20"/>
              </w:rPr>
              <w:t>मतदान से कुछ</w:t>
            </w:r>
          </w:p>
          <w:p>
            <w:pPr>
              <w:spacing w:after="20"/>
            </w:pPr>
            <w:r>
              <w:rPr>
                <w:b w:val="0"/>
                <w:i w:val="0"/>
                <w:sz w:val="20"/>
                <w:szCs w:val="20"/>
              </w:rPr>
              <w:t>दिन पहले</w:t>
            </w:r>
          </w:p>
        </w:tc>
        <w:tc>
          <w:tcPr>
            <w:tcW w:type="dxa" w:w="1417"/>
            <w:vAlign w:val="center"/>
          </w:tcPr>
          <w:p>
            <w:pPr>
              <w:spacing w:after="20"/>
            </w:pPr>
            <w:r>
              <w:rPr>
                <w:b w:val="0"/>
                <w:i w:val="0"/>
                <w:sz w:val="20"/>
                <w:szCs w:val="20"/>
              </w:rPr>
              <w:t>मतदान से कुछ</w:t>
            </w:r>
          </w:p>
          <w:p>
            <w:pPr>
              <w:spacing w:after="20"/>
            </w:pPr>
            <w:r>
              <w:rPr>
                <w:b w:val="0"/>
                <w:i w:val="0"/>
                <w:sz w:val="20"/>
                <w:szCs w:val="20"/>
              </w:rPr>
              <w:t>दिन पहले</w:t>
            </w:r>
          </w:p>
        </w:tc>
        <w:tc>
          <w:tcPr>
            <w:tcW w:type="dxa" w:w="1474"/>
          </w:tcPr>
          <w:p>
            <w:pPr>
              <w:spacing w:after="20"/>
            </w:pPr>
            <w:r>
              <w:rPr>
                <w:b w:val="0"/>
                <w:i w:val="0"/>
                <w:sz w:val="20"/>
                <w:szCs w:val="20"/>
              </w:rPr>
            </w:r>
          </w:p>
        </w:tc>
        <w:tc>
          <w:tcPr>
            <w:tcW w:type="dxa" w:w="8277"/>
          </w:tcPr>
          <w:p>
            <w:pPr>
              <w:spacing w:after="20"/>
            </w:pPr>
            <w:r>
              <w:rPr>
                <w:b w:val="0"/>
                <w:i w:val="0"/>
                <w:sz w:val="20"/>
                <w:szCs w:val="20"/>
              </w:rPr>
              <w:t>रिटर्निंग अधिकारी का पहुँचना। ज़िला निर्वाचन अधिकारी से सामग्री लेकर एक-एक चीज़ मिलाइए। मतदान दलों की सामग्री (परिशिष्ट-7) रिटर्निंग अधिकारी से मतदान दलों को जाती है।</w:t>
            </w:r>
          </w:p>
        </w:tc>
        <w:tc>
          <w:tcPr>
            <w:tcW w:type="dxa" w:w="2551"/>
          </w:tcPr>
          <w:p>
            <w:pPr>
              <w:spacing w:after="20"/>
            </w:pPr>
            <w:r>
              <w:rPr>
                <w:b w:val="0"/>
                <w:i w:val="0"/>
                <w:sz w:val="20"/>
                <w:szCs w:val="20"/>
              </w:rPr>
              <w:t xml:space="preserve">मार्गदर्शिका, </w:t>
            </w:r>
            <w:hyperlink r:id="rId20">
              <w:r>
                <w:rPr>
                  <w:b w:val="0"/>
                  <w:i w:val="0"/>
                  <w:color w:val="1F4E9E"/>
                  <w:sz w:val="20"/>
                  <w:szCs w:val="20"/>
                  <w:u w:val="single"/>
                </w:rPr>
                <w:t>पृष्ठ 7</w:t>
              </w:r>
            </w:hyperlink>
            <w:r>
              <w:rPr>
                <w:b w:val="0"/>
                <w:i w:val="0"/>
                <w:sz w:val="20"/>
                <w:szCs w:val="20"/>
              </w:rPr>
              <w:t xml:space="preserve">, अध्याय-3, बिन्दु 4; </w:t>
            </w:r>
            <w:hyperlink r:id="rId21">
              <w:r>
                <w:rPr>
                  <w:b w:val="0"/>
                  <w:i w:val="0"/>
                  <w:color w:val="1F4E9E"/>
                  <w:sz w:val="20"/>
                  <w:szCs w:val="20"/>
                  <w:u w:val="single"/>
                </w:rPr>
                <w:t>पृष्ठ 15</w:t>
              </w:r>
            </w:hyperlink>
            <w:r>
              <w:rPr>
                <w:b w:val="0"/>
                <w:i w:val="0"/>
                <w:sz w:val="20"/>
                <w:szCs w:val="20"/>
              </w:rPr>
              <w:t>, अध्याय-4, बिन्दु 1</w:t>
            </w:r>
          </w:p>
        </w:tc>
      </w:tr>
      <w:tr>
        <w:trPr>
          <w:cantSplit/>
        </w:trPr>
        <w:tc>
          <w:tcPr>
            <w:tcW w:type="dxa" w:w="1417"/>
            <w:vAlign w:val="center"/>
          </w:tcPr>
          <w:p>
            <w:pPr>
              <w:spacing w:after="20"/>
            </w:pPr>
            <w:r>
              <w:rPr>
                <w:b w:val="0"/>
                <w:i w:val="0"/>
                <w:sz w:val="20"/>
                <w:szCs w:val="20"/>
              </w:rPr>
              <w:t>02.11.2026</w:t>
            </w:r>
          </w:p>
          <w:p>
            <w:pPr>
              <w:spacing w:after="20"/>
            </w:pPr>
            <w:r>
              <w:rPr>
                <w:b w:val="0"/>
                <w:i w:val="0"/>
                <w:sz w:val="20"/>
                <w:szCs w:val="20"/>
              </w:rPr>
              <w:t>सोमवार</w:t>
            </w:r>
          </w:p>
        </w:tc>
        <w:tc>
          <w:tcPr>
            <w:tcW w:type="dxa" w:w="1417"/>
            <w:vAlign w:val="center"/>
          </w:tcPr>
          <w:p>
            <w:pPr>
              <w:spacing w:after="20"/>
            </w:pPr>
            <w:r>
              <w:rPr>
                <w:b w:val="0"/>
                <w:i w:val="0"/>
                <w:sz w:val="20"/>
                <w:szCs w:val="20"/>
              </w:rPr>
              <w:t>13.11.2026</w:t>
            </w:r>
          </w:p>
          <w:p>
            <w:pPr>
              <w:spacing w:after="20"/>
            </w:pPr>
            <w:r>
              <w:rPr>
                <w:b w:val="0"/>
                <w:i w:val="0"/>
                <w:sz w:val="20"/>
                <w:szCs w:val="20"/>
              </w:rPr>
              <w:t>शुक्रवार</w:t>
            </w:r>
          </w:p>
        </w:tc>
        <w:tc>
          <w:tcPr>
            <w:tcW w:type="dxa" w:w="1474"/>
          </w:tcPr>
          <w:p>
            <w:pPr>
              <w:spacing w:after="20"/>
            </w:pPr>
            <w:r>
              <w:rPr>
                <w:b w:val="0"/>
                <w:i w:val="0"/>
                <w:sz w:val="20"/>
                <w:szCs w:val="20"/>
              </w:rPr>
            </w:r>
          </w:p>
        </w:tc>
        <w:tc>
          <w:tcPr>
            <w:tcW w:type="dxa" w:w="8277"/>
          </w:tcPr>
          <w:p>
            <w:pPr>
              <w:spacing w:after="20"/>
            </w:pPr>
            <w:r>
              <w:rPr>
                <w:b w:val="0"/>
                <w:i w:val="0"/>
                <w:sz w:val="20"/>
                <w:szCs w:val="20"/>
              </w:rPr>
              <w:t>मतदान दलों का प्रस्थान और मतदान केन्द्र पर पहुँचना।</w:t>
            </w:r>
          </w:p>
        </w:tc>
        <w:tc>
          <w:tcPr>
            <w:tcW w:type="dxa" w:w="2551"/>
          </w:tcPr>
          <w:p>
            <w:pPr>
              <w:spacing w:after="20"/>
            </w:pPr>
            <w:hyperlink r:id="rId12">
              <w:r>
                <w:rPr>
                  <w:b w:val="0"/>
                  <w:i w:val="0"/>
                  <w:color w:val="1F4E9E"/>
                  <w:sz w:val="20"/>
                  <w:szCs w:val="20"/>
                  <w:u w:val="single"/>
                </w:rPr>
                <w:t>पत्र 10090</w:t>
              </w:r>
            </w:hyperlink>
            <w:r>
              <w:rPr>
                <w:b w:val="0"/>
                <w:i w:val="0"/>
                <w:sz w:val="20"/>
                <w:szCs w:val="20"/>
              </w:rPr>
              <w:t xml:space="preserve">; </w:t>
            </w:r>
            <w:hyperlink r:id="rId11">
              <w:r>
                <w:rPr>
                  <w:b w:val="0"/>
                  <w:i w:val="0"/>
                  <w:color w:val="1F4E9E"/>
                  <w:sz w:val="20"/>
                  <w:szCs w:val="20"/>
                  <w:u w:val="single"/>
                </w:rPr>
                <w:t>कार्यक्रम 9836</w:t>
              </w:r>
            </w:hyperlink>
          </w:p>
        </w:tc>
      </w:tr>
      <w:tr>
        <w:trPr>
          <w:cantSplit/>
        </w:trPr>
        <w:tc>
          <w:tcPr>
            <w:tcW w:type="dxa" w:w="1417"/>
            <w:vAlign w:val="center"/>
          </w:tcPr>
          <w:p>
            <w:pPr>
              <w:spacing w:after="20"/>
            </w:pPr>
            <w:r>
              <w:rPr>
                <w:b w:val="0"/>
                <w:i w:val="0"/>
                <w:sz w:val="20"/>
                <w:szCs w:val="20"/>
              </w:rPr>
              <w:t>03.11.2026</w:t>
            </w:r>
          </w:p>
          <w:p>
            <w:pPr>
              <w:spacing w:after="20"/>
            </w:pPr>
            <w:r>
              <w:rPr>
                <w:b w:val="0"/>
                <w:i w:val="0"/>
                <w:sz w:val="20"/>
                <w:szCs w:val="20"/>
              </w:rPr>
              <w:t>मंगलवार</w:t>
            </w:r>
          </w:p>
        </w:tc>
        <w:tc>
          <w:tcPr>
            <w:tcW w:type="dxa" w:w="1417"/>
            <w:vAlign w:val="center"/>
          </w:tcPr>
          <w:p>
            <w:pPr>
              <w:spacing w:after="20"/>
            </w:pPr>
            <w:r>
              <w:rPr>
                <w:b w:val="0"/>
                <w:i w:val="0"/>
                <w:sz w:val="20"/>
                <w:szCs w:val="20"/>
              </w:rPr>
              <w:t>14.11.2026</w:t>
            </w:r>
          </w:p>
          <w:p>
            <w:pPr>
              <w:spacing w:after="20"/>
            </w:pPr>
            <w:r>
              <w:rPr>
                <w:b w:val="0"/>
                <w:i w:val="0"/>
                <w:sz w:val="20"/>
                <w:szCs w:val="20"/>
              </w:rPr>
              <w:t>शनिवार</w:t>
            </w:r>
          </w:p>
        </w:tc>
        <w:tc>
          <w:tcPr>
            <w:tcW w:type="dxa" w:w="1474"/>
          </w:tcPr>
          <w:p>
            <w:pPr>
              <w:spacing w:after="20"/>
            </w:pPr>
            <w:r>
              <w:rPr>
                <w:b w:val="0"/>
                <w:i w:val="0"/>
                <w:sz w:val="20"/>
                <w:szCs w:val="20"/>
              </w:rPr>
              <w:t>सुबह 7:00 से</w:t>
            </w:r>
          </w:p>
          <w:p>
            <w:pPr>
              <w:spacing w:after="20"/>
            </w:pPr>
            <w:r>
              <w:rPr>
                <w:b w:val="0"/>
                <w:i w:val="0"/>
                <w:sz w:val="20"/>
                <w:szCs w:val="20"/>
              </w:rPr>
              <w:t>शाम 6:00</w:t>
            </w:r>
          </w:p>
        </w:tc>
        <w:tc>
          <w:tcPr>
            <w:tcW w:type="dxa" w:w="8277"/>
          </w:tcPr>
          <w:p>
            <w:pPr>
              <w:spacing w:after="20"/>
            </w:pPr>
            <w:r>
              <w:rPr>
                <w:b w:val="0"/>
                <w:i w:val="0"/>
                <w:sz w:val="20"/>
                <w:szCs w:val="20"/>
              </w:rPr>
              <w:t>ज़िला परिषद और पंचायत समिति सदस्यों का मतदान; जानकारी के लिए।</w:t>
            </w:r>
          </w:p>
        </w:tc>
        <w:tc>
          <w:tcPr>
            <w:tcW w:type="dxa" w:w="2551"/>
          </w:tcPr>
          <w:p>
            <w:pPr>
              <w:spacing w:after="20"/>
            </w:pPr>
            <w:hyperlink r:id="rId12">
              <w:r>
                <w:rPr>
                  <w:b w:val="0"/>
                  <w:i w:val="0"/>
                  <w:color w:val="1F4E9E"/>
                  <w:sz w:val="20"/>
                  <w:szCs w:val="20"/>
                  <w:u w:val="single"/>
                </w:rPr>
                <w:t>पत्र 10090</w:t>
              </w:r>
            </w:hyperlink>
            <w:r>
              <w:rPr>
                <w:b w:val="0"/>
                <w:i w:val="0"/>
                <w:sz w:val="20"/>
                <w:szCs w:val="20"/>
              </w:rPr>
              <w:t xml:space="preserve">; </w:t>
            </w:r>
            <w:hyperlink r:id="rId11">
              <w:r>
                <w:rPr>
                  <w:b w:val="0"/>
                  <w:i w:val="0"/>
                  <w:color w:val="1F4E9E"/>
                  <w:sz w:val="20"/>
                  <w:szCs w:val="20"/>
                  <w:u w:val="single"/>
                </w:rPr>
                <w:t>कार्यक्रम 9836</w:t>
              </w:r>
            </w:hyperlink>
          </w:p>
        </w:tc>
      </w:tr>
    </w:tbl>
    <w:p>
      <w:pPr>
        <w:spacing w:after="40"/>
      </w:pPr>
    </w:p>
    <w:p>
      <w:r>
        <w:br w:type="page"/>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3028"/>
        <w:gridCol w:w="3028"/>
        <w:gridCol w:w="3028"/>
        <w:gridCol w:w="3028"/>
        <w:gridCol w:w="3028"/>
      </w:tblGrid>
      <w:tr>
        <w:trPr>
          <w:cantSplit/>
          <w:tblHeader/>
        </w:trPr>
        <w:tc>
          <w:tcPr>
            <w:tcW w:type="dxa" w:w="1417"/>
            <w:shd w:val="clear" w:color="auto" w:fill="BFBFBF"/>
            <w:vAlign w:val="center"/>
          </w:tcPr>
          <w:p>
            <w:pPr>
              <w:spacing w:after="20"/>
              <w:jc w:val="center"/>
            </w:pPr>
            <w:r>
              <w:rPr>
                <w:b/>
                <w:bCs/>
                <w:i w:val="0"/>
                <w:sz w:val="20"/>
                <w:szCs w:val="20"/>
              </w:rPr>
              <w:t>तीसरा चरण</w:t>
            </w:r>
          </w:p>
        </w:tc>
        <w:tc>
          <w:tcPr>
            <w:tcW w:type="dxa" w:w="1417"/>
            <w:shd w:val="clear" w:color="auto" w:fill="BFBFBF"/>
            <w:vAlign w:val="center"/>
          </w:tcPr>
          <w:p>
            <w:pPr>
              <w:spacing w:after="20"/>
              <w:jc w:val="center"/>
            </w:pPr>
            <w:r>
              <w:rPr>
                <w:b/>
                <w:bCs/>
                <w:i w:val="0"/>
                <w:sz w:val="20"/>
                <w:szCs w:val="20"/>
              </w:rPr>
              <w:t>चौथा चरण</w:t>
            </w:r>
          </w:p>
        </w:tc>
        <w:tc>
          <w:tcPr>
            <w:tcW w:type="dxa" w:w="1474"/>
            <w:shd w:val="clear" w:color="auto" w:fill="BFBFBF"/>
            <w:vAlign w:val="center"/>
          </w:tcPr>
          <w:p>
            <w:pPr>
              <w:spacing w:after="20"/>
              <w:jc w:val="center"/>
            </w:pPr>
            <w:r>
              <w:rPr>
                <w:b/>
                <w:bCs/>
                <w:i w:val="0"/>
                <w:sz w:val="20"/>
                <w:szCs w:val="20"/>
              </w:rPr>
              <w:t>समय</w:t>
            </w:r>
          </w:p>
        </w:tc>
        <w:tc>
          <w:tcPr>
            <w:tcW w:type="dxa" w:w="8277"/>
            <w:shd w:val="clear" w:color="auto" w:fill="BFBFBF"/>
            <w:vAlign w:val="center"/>
          </w:tcPr>
          <w:p>
            <w:pPr>
              <w:spacing w:after="20"/>
              <w:jc w:val="center"/>
            </w:pPr>
            <w:r>
              <w:rPr>
                <w:b/>
                <w:bCs/>
                <w:i w:val="0"/>
                <w:sz w:val="20"/>
                <w:szCs w:val="20"/>
              </w:rPr>
              <w:t>रिटर्निंग अधिकारी का काम</w:t>
            </w:r>
          </w:p>
        </w:tc>
        <w:tc>
          <w:tcPr>
            <w:tcW w:type="dxa" w:w="2551"/>
            <w:shd w:val="clear" w:color="auto" w:fill="BFBFBF"/>
            <w:vAlign w:val="center"/>
          </w:tcPr>
          <w:p>
            <w:pPr>
              <w:spacing w:after="20"/>
              <w:jc w:val="center"/>
            </w:pPr>
            <w:r>
              <w:rPr>
                <w:b/>
                <w:bCs/>
                <w:i w:val="0"/>
                <w:sz w:val="20"/>
                <w:szCs w:val="20"/>
              </w:rPr>
              <w:t>आधार</w:t>
            </w:r>
          </w:p>
        </w:tc>
      </w:tr>
      <w:tr>
        <w:trPr>
          <w:cantSplit/>
        </w:trPr>
        <w:tc>
          <w:tcPr>
            <w:tcW w:type="dxa" w:w="1417"/>
            <w:vMerge w:val="restart"/>
            <w:vAlign w:val="center"/>
          </w:tcPr>
          <w:p>
            <w:pPr>
              <w:spacing w:after="20"/>
            </w:pPr>
            <w:r>
              <w:rPr>
                <w:b w:val="0"/>
                <w:i w:val="0"/>
                <w:sz w:val="20"/>
                <w:szCs w:val="20"/>
              </w:rPr>
              <w:t>04.11.2026</w:t>
            </w:r>
          </w:p>
          <w:p>
            <w:pPr>
              <w:spacing w:after="20"/>
            </w:pPr>
            <w:r>
              <w:rPr>
                <w:b w:val="0"/>
                <w:i w:val="0"/>
                <w:sz w:val="20"/>
                <w:szCs w:val="20"/>
              </w:rPr>
              <w:t>बुधवार</w:t>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tc>
        <w:tc>
          <w:tcPr>
            <w:tcW w:type="dxa" w:w="1417"/>
            <w:vMerge w:val="restart"/>
            <w:vAlign w:val="center"/>
          </w:tcPr>
          <w:p>
            <w:pPr>
              <w:spacing w:after="20"/>
            </w:pPr>
            <w:r>
              <w:rPr>
                <w:b w:val="0"/>
                <w:i w:val="0"/>
                <w:sz w:val="20"/>
                <w:szCs w:val="20"/>
              </w:rPr>
              <w:t>15.11.2026</w:t>
            </w:r>
          </w:p>
          <w:p>
            <w:pPr>
              <w:spacing w:after="20"/>
            </w:pPr>
            <w:r>
              <w:rPr>
                <w:b w:val="0"/>
                <w:i w:val="0"/>
                <w:sz w:val="20"/>
                <w:szCs w:val="20"/>
              </w:rPr>
              <w:t>रविवार</w:t>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tc>
        <w:tc>
          <w:tcPr>
            <w:tcW w:type="dxa" w:w="1474"/>
          </w:tcPr>
          <w:p>
            <w:pPr>
              <w:spacing w:after="20"/>
            </w:pPr>
            <w:r>
              <w:rPr>
                <w:b w:val="0"/>
                <w:i w:val="0"/>
                <w:sz w:val="20"/>
                <w:szCs w:val="20"/>
              </w:rPr>
              <w:t>सुबह 8:00 से</w:t>
            </w:r>
          </w:p>
          <w:p>
            <w:pPr>
              <w:spacing w:after="20"/>
            </w:pPr>
            <w:r>
              <w:rPr>
                <w:b w:val="0"/>
                <w:i w:val="0"/>
                <w:sz w:val="20"/>
                <w:szCs w:val="20"/>
              </w:rPr>
              <w:t>11:00 तक</w:t>
            </w:r>
          </w:p>
        </w:tc>
        <w:tc>
          <w:tcPr>
            <w:tcW w:type="dxa" w:w="8277"/>
          </w:tcPr>
          <w:p>
            <w:pPr>
              <w:spacing w:after="20"/>
            </w:pPr>
            <w:r>
              <w:rPr>
                <w:b w:val="0"/>
                <w:i w:val="0"/>
                <w:sz w:val="20"/>
                <w:szCs w:val="20"/>
              </w:rPr>
              <w:t>नाम निर्देशन पत्र लेना, ग्राम पंचायत मुख्यालय पर (पंचायत भवन, या ज़िला निर्वाचन अधिकारी का तय किया स्थान)। पत्र लेना, संवीक्षा और नाम वापसी, तीनों एक ही दिन। यह काम रिटर्निंग अधिकारी करेंगे, और उनकी मदद के लिए नियुक्त मतदान दल के वे कार्मिक, जो मतदान अधिकारी की योग्यता रखते हों।</w:t>
            </w:r>
          </w:p>
        </w:tc>
        <w:tc>
          <w:tcPr>
            <w:tcW w:type="dxa" w:w="2551"/>
          </w:tcPr>
          <w:p>
            <w:pPr>
              <w:spacing w:after="20"/>
            </w:pPr>
            <w:hyperlink r:id="rId12">
              <w:r>
                <w:rPr>
                  <w:b w:val="0"/>
                  <w:i w:val="0"/>
                  <w:color w:val="1F4E9E"/>
                  <w:sz w:val="20"/>
                  <w:szCs w:val="20"/>
                  <w:u w:val="single"/>
                </w:rPr>
                <w:t>पत्र 10090</w:t>
              </w:r>
            </w:hyperlink>
            <w:r>
              <w:rPr>
                <w:b w:val="0"/>
                <w:i w:val="0"/>
                <w:sz w:val="20"/>
                <w:szCs w:val="20"/>
              </w:rPr>
              <w:t xml:space="preserve">; </w:t>
            </w:r>
            <w:hyperlink r:id="rId11">
              <w:r>
                <w:rPr>
                  <w:b w:val="0"/>
                  <w:i w:val="0"/>
                  <w:color w:val="1F4E9E"/>
                  <w:sz w:val="20"/>
                  <w:szCs w:val="20"/>
                  <w:u w:val="single"/>
                </w:rPr>
                <w:t>कार्यक्रम 9836</w:t>
              </w:r>
            </w:hyperlink>
            <w:r>
              <w:rPr>
                <w:b w:val="0"/>
                <w:i w:val="0"/>
                <w:sz w:val="20"/>
                <w:szCs w:val="20"/>
              </w:rPr>
              <w:t xml:space="preserve">; </w:t>
            </w:r>
            <w:hyperlink r:id="rId13">
              <w:r>
                <w:rPr>
                  <w:b w:val="0"/>
                  <w:i w:val="0"/>
                  <w:color w:val="1F4E9E"/>
                  <w:sz w:val="20"/>
                  <w:szCs w:val="20"/>
                  <w:u w:val="single"/>
                </w:rPr>
                <w:t>आदेश 9809</w:t>
              </w:r>
            </w:hyperlink>
          </w:p>
        </w:tc>
      </w:tr>
      <w:tr>
        <w:trPr>
          <w:cantSplit/>
        </w:trPr>
        <w:tc>
          <w:tcPr>
            <w:tcW w:type="dxa" w:w="1417"/>
            <w:vMerge/>
          </w:tcPr>
          <w:p/>
        </w:tc>
        <w:tc>
          <w:tcPr>
            <w:tcW w:type="dxa" w:w="1417"/>
            <w:vMerge/>
          </w:tcPr>
          <w:p/>
        </w:tc>
        <w:tc>
          <w:tcPr>
            <w:tcW w:type="dxa" w:w="1474"/>
          </w:tcPr>
          <w:p>
            <w:pPr>
              <w:spacing w:after="20"/>
            </w:pPr>
            <w:r>
              <w:rPr>
                <w:b w:val="0"/>
                <w:i w:val="0"/>
                <w:sz w:val="20"/>
                <w:szCs w:val="20"/>
              </w:rPr>
              <w:t>11:30 से</w:t>
            </w:r>
          </w:p>
        </w:tc>
        <w:tc>
          <w:tcPr>
            <w:tcW w:type="dxa" w:w="8277"/>
          </w:tcPr>
          <w:p>
            <w:pPr>
              <w:spacing w:after="20"/>
            </w:pPr>
            <w:r>
              <w:rPr>
                <w:b w:val="0"/>
                <w:i w:val="0"/>
                <w:sz w:val="20"/>
                <w:szCs w:val="20"/>
              </w:rPr>
              <w:t>नाम निर्देशन पत्रों की संवीक्षा।</w:t>
            </w:r>
          </w:p>
        </w:tc>
        <w:tc>
          <w:tcPr>
            <w:tcW w:type="dxa" w:w="2551"/>
          </w:tcPr>
          <w:p>
            <w:pPr>
              <w:spacing w:after="20"/>
            </w:pPr>
            <w:hyperlink r:id="rId12">
              <w:r>
                <w:rPr>
                  <w:b w:val="0"/>
                  <w:i w:val="0"/>
                  <w:color w:val="1F4E9E"/>
                  <w:sz w:val="20"/>
                  <w:szCs w:val="20"/>
                  <w:u w:val="single"/>
                </w:rPr>
                <w:t>पत्र 10090</w:t>
              </w:r>
            </w:hyperlink>
            <w:r>
              <w:rPr>
                <w:b w:val="0"/>
                <w:i w:val="0"/>
                <w:sz w:val="20"/>
                <w:szCs w:val="20"/>
              </w:rPr>
              <w:t xml:space="preserve">; </w:t>
            </w:r>
            <w:hyperlink r:id="rId11">
              <w:r>
                <w:rPr>
                  <w:b w:val="0"/>
                  <w:i w:val="0"/>
                  <w:color w:val="1F4E9E"/>
                  <w:sz w:val="20"/>
                  <w:szCs w:val="20"/>
                  <w:u w:val="single"/>
                </w:rPr>
                <w:t>कार्यक्रम 9836</w:t>
              </w:r>
            </w:hyperlink>
          </w:p>
        </w:tc>
      </w:tr>
      <w:tr>
        <w:trPr>
          <w:cantSplit/>
        </w:trPr>
        <w:tc>
          <w:tcPr>
            <w:tcW w:type="dxa" w:w="1417"/>
            <w:vMerge/>
          </w:tcPr>
          <w:p/>
        </w:tc>
        <w:tc>
          <w:tcPr>
            <w:tcW w:type="dxa" w:w="1417"/>
            <w:vMerge/>
          </w:tcPr>
          <w:p/>
        </w:tc>
        <w:tc>
          <w:tcPr>
            <w:tcW w:type="dxa" w:w="1474"/>
          </w:tcPr>
          <w:p>
            <w:pPr>
              <w:spacing w:after="20"/>
            </w:pPr>
            <w:r>
              <w:rPr>
                <w:b w:val="0"/>
                <w:i w:val="0"/>
                <w:sz w:val="20"/>
                <w:szCs w:val="20"/>
              </w:rPr>
              <w:t>दोपहर 2:00</w:t>
            </w:r>
          </w:p>
          <w:p>
            <w:pPr>
              <w:spacing w:after="20"/>
            </w:pPr>
            <w:r>
              <w:rPr>
                <w:b w:val="0"/>
                <w:i w:val="0"/>
                <w:sz w:val="20"/>
                <w:szCs w:val="20"/>
              </w:rPr>
              <w:t>बजे तक</w:t>
            </w:r>
          </w:p>
        </w:tc>
        <w:tc>
          <w:tcPr>
            <w:tcW w:type="dxa" w:w="8277"/>
          </w:tcPr>
          <w:p>
            <w:pPr>
              <w:spacing w:after="20"/>
            </w:pPr>
            <w:r>
              <w:rPr>
                <w:b w:val="0"/>
                <w:i w:val="0"/>
                <w:sz w:val="20"/>
                <w:szCs w:val="20"/>
              </w:rPr>
              <w:t>नाम वापसी: अभ्यर्थी ख़ुद आकर, दो प्रतियों में; एक प्रति पंचायत कार्यालय के नोटिस बोर्ड पर। मॉडल फ़ॉर्म परिशिष्ट-27 (छपा नमूना सरपंच पद का)।</w:t>
            </w:r>
          </w:p>
        </w:tc>
        <w:tc>
          <w:tcPr>
            <w:tcW w:type="dxa" w:w="2551"/>
          </w:tcPr>
          <w:p>
            <w:pPr>
              <w:spacing w:after="20"/>
            </w:pPr>
            <w:hyperlink r:id="rId12">
              <w:r>
                <w:rPr>
                  <w:b w:val="0"/>
                  <w:i w:val="0"/>
                  <w:color w:val="1F4E9E"/>
                  <w:sz w:val="20"/>
                  <w:szCs w:val="20"/>
                  <w:u w:val="single"/>
                </w:rPr>
                <w:t>पत्र 10090</w:t>
              </w:r>
            </w:hyperlink>
            <w:r>
              <w:rPr>
                <w:b w:val="0"/>
                <w:i w:val="0"/>
                <w:sz w:val="20"/>
                <w:szCs w:val="20"/>
              </w:rPr>
              <w:t xml:space="preserve">; </w:t>
            </w:r>
            <w:hyperlink r:id="rId11">
              <w:r>
                <w:rPr>
                  <w:b w:val="0"/>
                  <w:i w:val="0"/>
                  <w:color w:val="1F4E9E"/>
                  <w:sz w:val="20"/>
                  <w:szCs w:val="20"/>
                  <w:u w:val="single"/>
                </w:rPr>
                <w:t>कार्यक्रम 9836</w:t>
              </w:r>
            </w:hyperlink>
            <w:r>
              <w:rPr>
                <w:b w:val="0"/>
                <w:i w:val="0"/>
                <w:sz w:val="20"/>
                <w:szCs w:val="20"/>
              </w:rPr>
              <w:t xml:space="preserve">; मार्गदर्शिका, </w:t>
            </w:r>
            <w:hyperlink r:id="rId22">
              <w:r>
                <w:rPr>
                  <w:b w:val="0"/>
                  <w:i w:val="0"/>
                  <w:color w:val="1F4E9E"/>
                  <w:sz w:val="20"/>
                  <w:szCs w:val="20"/>
                  <w:u w:val="single"/>
                </w:rPr>
                <w:t>पृष्ठ 35-36</w:t>
              </w:r>
            </w:hyperlink>
            <w:r>
              <w:rPr>
                <w:b w:val="0"/>
                <w:i w:val="0"/>
                <w:sz w:val="20"/>
                <w:szCs w:val="20"/>
              </w:rPr>
              <w:t>, बिन्दु 13</w:t>
            </w:r>
          </w:p>
        </w:tc>
      </w:tr>
      <w:tr>
        <w:trPr>
          <w:cantSplit/>
        </w:trPr>
        <w:tc>
          <w:tcPr>
            <w:tcW w:type="dxa" w:w="1417"/>
            <w:vMerge/>
          </w:tcPr>
          <w:p/>
        </w:tc>
        <w:tc>
          <w:tcPr>
            <w:tcW w:type="dxa" w:w="1417"/>
            <w:vMerge/>
          </w:tcPr>
          <w:p/>
        </w:tc>
        <w:tc>
          <w:tcPr>
            <w:tcW w:type="dxa" w:w="1474"/>
          </w:tcPr>
          <w:p>
            <w:pPr>
              <w:spacing w:after="20"/>
            </w:pPr>
            <w:r>
              <w:rPr>
                <w:b w:val="0"/>
                <w:i w:val="0"/>
                <w:sz w:val="20"/>
                <w:szCs w:val="20"/>
              </w:rPr>
              <w:t>2:00 बजे के</w:t>
            </w:r>
          </w:p>
          <w:p>
            <w:pPr>
              <w:spacing w:after="20"/>
            </w:pPr>
            <w:r>
              <w:rPr>
                <w:b w:val="0"/>
                <w:i w:val="0"/>
                <w:sz w:val="20"/>
                <w:szCs w:val="20"/>
              </w:rPr>
              <w:t>तुरंत बाद</w:t>
            </w:r>
          </w:p>
        </w:tc>
        <w:tc>
          <w:tcPr>
            <w:tcW w:type="dxa" w:w="8277"/>
          </w:tcPr>
          <w:p>
            <w:pPr>
              <w:spacing w:after="20"/>
            </w:pPr>
            <w:r>
              <w:rPr>
                <w:b w:val="0"/>
                <w:i w:val="0"/>
                <w:sz w:val="20"/>
                <w:szCs w:val="20"/>
              </w:rPr>
              <w:t xml:space="preserve">चुनाव प्रतीक देना और चुनाव लड़ने वाले अभ्यर्थियों की सूची (प्ररूप-5) जारी करना: सरपंच की, और हर वार्ड के पंच की अलग; हिन्दी वर्णमाला के क्रम में; प्रतीक भी इसी क्रम में, </w:t>
            </w:r>
            <w:hyperlink r:id="rId17">
              <w:r>
                <w:rPr>
                  <w:b w:val="0"/>
                  <w:i w:val="0"/>
                  <w:color w:val="1F4E9E"/>
                  <w:sz w:val="20"/>
                  <w:szCs w:val="20"/>
                  <w:u w:val="single"/>
                </w:rPr>
                <w:t>अधिसूचना 4191</w:t>
              </w:r>
            </w:hyperlink>
            <w:r>
              <w:rPr>
                <w:b w:val="0"/>
                <w:i w:val="0"/>
                <w:sz w:val="20"/>
                <w:szCs w:val="20"/>
              </w:rPr>
              <w:t xml:space="preserve"> वाले 40-40 में से; सिर्फ़ उन अभ्यर्थियों को, जिनका नाम निर्देशन पत्र स्वीकार हुआ और जिन्होंने नाम वापस नहीं लिया। नाम निर्देशन पत्र से जुड़े कागज़ लिफ़ाफ़ा P-1 में रखिए; यह लिफ़ाफ़ा सील नहीं होगा।</w:t>
            </w:r>
          </w:p>
        </w:tc>
        <w:tc>
          <w:tcPr>
            <w:tcW w:type="dxa" w:w="2551"/>
          </w:tcPr>
          <w:p>
            <w:pPr>
              <w:spacing w:after="20"/>
            </w:pPr>
            <w:hyperlink r:id="rId12">
              <w:r>
                <w:rPr>
                  <w:b w:val="0"/>
                  <w:i w:val="0"/>
                  <w:color w:val="1F4E9E"/>
                  <w:sz w:val="20"/>
                  <w:szCs w:val="20"/>
                  <w:u w:val="single"/>
                </w:rPr>
                <w:t>पत्र 10090</w:t>
              </w:r>
            </w:hyperlink>
            <w:r>
              <w:rPr>
                <w:b w:val="0"/>
                <w:i w:val="0"/>
                <w:sz w:val="20"/>
                <w:szCs w:val="20"/>
              </w:rPr>
              <w:t xml:space="preserve">; </w:t>
            </w:r>
            <w:hyperlink r:id="rId11">
              <w:r>
                <w:rPr>
                  <w:b w:val="0"/>
                  <w:i w:val="0"/>
                  <w:color w:val="1F4E9E"/>
                  <w:sz w:val="20"/>
                  <w:szCs w:val="20"/>
                  <w:u w:val="single"/>
                </w:rPr>
                <w:t>कार्यक्रम 9836</w:t>
              </w:r>
            </w:hyperlink>
            <w:r>
              <w:rPr>
                <w:b w:val="0"/>
                <w:i w:val="0"/>
                <w:sz w:val="20"/>
                <w:szCs w:val="20"/>
              </w:rPr>
              <w:t xml:space="preserve">; </w:t>
            </w:r>
            <w:hyperlink r:id="rId13">
              <w:r>
                <w:rPr>
                  <w:b w:val="0"/>
                  <w:i w:val="0"/>
                  <w:color w:val="1F4E9E"/>
                  <w:sz w:val="20"/>
                  <w:szCs w:val="20"/>
                  <w:u w:val="single"/>
                </w:rPr>
                <w:t>आदेश 9809</w:t>
              </w:r>
            </w:hyperlink>
            <w:r>
              <w:rPr>
                <w:b w:val="0"/>
                <w:i w:val="0"/>
                <w:sz w:val="20"/>
                <w:szCs w:val="20"/>
              </w:rPr>
              <w:t xml:space="preserve">; मार्गदर्शिका, </w:t>
            </w:r>
            <w:hyperlink r:id="rId23">
              <w:r>
                <w:rPr>
                  <w:b w:val="0"/>
                  <w:i w:val="0"/>
                  <w:color w:val="1F4E9E"/>
                  <w:sz w:val="20"/>
                  <w:szCs w:val="20"/>
                  <w:u w:val="single"/>
                </w:rPr>
                <w:t>पृष्ठ 36</w:t>
              </w:r>
            </w:hyperlink>
            <w:r>
              <w:rPr>
                <w:b w:val="0"/>
                <w:i w:val="0"/>
                <w:sz w:val="20"/>
                <w:szCs w:val="20"/>
              </w:rPr>
              <w:t>, बिन्दु 15</w:t>
            </w:r>
          </w:p>
        </w:tc>
      </w:tr>
      <w:tr>
        <w:trPr>
          <w:cantSplit/>
        </w:trPr>
        <w:tc>
          <w:tcPr>
            <w:tcW w:type="dxa" w:w="1417"/>
            <w:vMerge/>
          </w:tcPr>
          <w:p/>
        </w:tc>
        <w:tc>
          <w:tcPr>
            <w:tcW w:type="dxa" w:w="1417"/>
            <w:vMerge/>
          </w:tcPr>
          <w:p/>
        </w:tc>
        <w:tc>
          <w:tcPr>
            <w:tcW w:type="dxa" w:w="1474"/>
          </w:tcPr>
          <w:p>
            <w:pPr>
              <w:spacing w:after="20"/>
            </w:pPr>
            <w:r>
              <w:rPr>
                <w:b w:val="0"/>
                <w:i w:val="0"/>
                <w:sz w:val="20"/>
                <w:szCs w:val="20"/>
              </w:rPr>
              <w:t>नाम निर्देशन की</w:t>
            </w:r>
          </w:p>
          <w:p>
            <w:pPr>
              <w:spacing w:after="20"/>
            </w:pPr>
            <w:r>
              <w:rPr>
                <w:b w:val="0"/>
                <w:i w:val="0"/>
                <w:sz w:val="20"/>
                <w:szCs w:val="20"/>
              </w:rPr>
              <w:t>प्रक्रिया के बाद</w:t>
            </w:r>
          </w:p>
        </w:tc>
        <w:tc>
          <w:tcPr>
            <w:tcW w:type="dxa" w:w="8277"/>
          </w:tcPr>
          <w:p>
            <w:pPr>
              <w:spacing w:after="20"/>
            </w:pPr>
            <w:r>
              <w:rPr>
                <w:b w:val="0"/>
                <w:i w:val="0"/>
                <w:sz w:val="20"/>
                <w:szCs w:val="20"/>
              </w:rPr>
              <w:t>अतिरिक्त पर्चियाँ: योग्य अभ्यर्थियों की गिनती देखकर, ज़िला निर्वाचन अधिकारी पहली, दूसरी और तीसरी पर्ची ज़रूरत के हिसाब से (ग्राम पंचायत के कुल मतदाताओं के अनुसार) तुरंत रिटर्निंग अधिकारी को देंगे। प्रतीक 1 से 10 मतपत्र पर छपे हैं; 11 से 20 पहली, 21 से 30 दूसरी, और 31 से 40 तीसरी पर्ची पर।</w:t>
            </w:r>
          </w:p>
        </w:tc>
        <w:tc>
          <w:tcPr>
            <w:tcW w:type="dxa" w:w="2551"/>
          </w:tcPr>
          <w:p>
            <w:pPr>
              <w:spacing w:after="20"/>
            </w:pPr>
            <w:hyperlink r:id="rId13">
              <w:r>
                <w:rPr>
                  <w:b w:val="0"/>
                  <w:i w:val="0"/>
                  <w:color w:val="1F4E9E"/>
                  <w:sz w:val="20"/>
                  <w:szCs w:val="20"/>
                  <w:u w:val="single"/>
                </w:rPr>
                <w:t>आदेश 9809</w:t>
              </w:r>
            </w:hyperlink>
          </w:p>
        </w:tc>
      </w:tr>
      <w:tr>
        <w:trPr>
          <w:cantSplit/>
        </w:trPr>
        <w:tc>
          <w:tcPr>
            <w:tcW w:type="dxa" w:w="1417"/>
            <w:vMerge/>
          </w:tcPr>
          <w:p/>
        </w:tc>
        <w:tc>
          <w:tcPr>
            <w:tcW w:type="dxa" w:w="1417"/>
            <w:vMerge/>
          </w:tcPr>
          <w:p/>
        </w:tc>
        <w:tc>
          <w:tcPr>
            <w:tcW w:type="dxa" w:w="1474"/>
          </w:tcPr>
          <w:p>
            <w:pPr>
              <w:spacing w:after="20"/>
            </w:pPr>
            <w:r>
              <w:rPr>
                <w:b w:val="0"/>
                <w:i w:val="0"/>
                <w:sz w:val="20"/>
                <w:szCs w:val="20"/>
              </w:rPr>
              <w:t>प्ररूप-5 जारी</w:t>
            </w:r>
          </w:p>
          <w:p>
            <w:pPr>
              <w:spacing w:after="20"/>
            </w:pPr>
            <w:r>
              <w:rPr>
                <w:b w:val="0"/>
                <w:i w:val="0"/>
                <w:sz w:val="20"/>
                <w:szCs w:val="20"/>
              </w:rPr>
              <w:t>होते ही</w:t>
            </w:r>
          </w:p>
        </w:tc>
        <w:tc>
          <w:tcPr>
            <w:tcW w:type="dxa" w:w="8277"/>
          </w:tcPr>
          <w:p>
            <w:pPr>
              <w:spacing w:after="20"/>
            </w:pPr>
            <w:r>
              <w:rPr>
                <w:b w:val="0"/>
                <w:i w:val="0"/>
                <w:sz w:val="20"/>
                <w:szCs w:val="20"/>
              </w:rPr>
              <w:t>मतपत्र तैयार करना, ग्राम पंचायत स्तर पर ही: मतपत्र पर सिर्फ़ प्रतीक छपे हैं, अभ्यर्थी के नाम की जगह खाली है। हर प्रतीक के सामने की खाली जगह पर अभ्यर्थी का नाम मतदान दलों के अधिकारी और कार्मिक काले बॉल पेन से लिखेंगे। सरपंच का मतपत्र सफ़ेद, पंच का गुलाबी। मतदान इन्हीं मतपत्रों से होगा।</w:t>
            </w:r>
          </w:p>
        </w:tc>
        <w:tc>
          <w:tcPr>
            <w:tcW w:type="dxa" w:w="2551"/>
          </w:tcPr>
          <w:p>
            <w:pPr>
              <w:spacing w:after="20"/>
            </w:pPr>
            <w:hyperlink r:id="rId13">
              <w:r>
                <w:rPr>
                  <w:b w:val="0"/>
                  <w:i w:val="0"/>
                  <w:color w:val="1F4E9E"/>
                  <w:sz w:val="20"/>
                  <w:szCs w:val="20"/>
                  <w:u w:val="single"/>
                </w:rPr>
                <w:t>आदेश 9809</w:t>
              </w:r>
            </w:hyperlink>
          </w:p>
        </w:tc>
      </w:tr>
      <w:tr>
        <w:trPr>
          <w:cantSplit/>
        </w:trPr>
        <w:tc>
          <w:tcPr>
            <w:tcW w:type="dxa" w:w="1417"/>
            <w:vMerge/>
          </w:tcPr>
          <w:p/>
        </w:tc>
        <w:tc>
          <w:tcPr>
            <w:tcW w:type="dxa" w:w="1417"/>
            <w:vMerge/>
          </w:tcPr>
          <w:p/>
        </w:tc>
        <w:tc>
          <w:tcPr>
            <w:tcW w:type="dxa" w:w="1474"/>
          </w:tcPr>
          <w:p>
            <w:pPr>
              <w:spacing w:after="20"/>
            </w:pPr>
            <w:r>
              <w:rPr>
                <w:b w:val="0"/>
                <w:i w:val="0"/>
                <w:sz w:val="20"/>
                <w:szCs w:val="20"/>
              </w:rPr>
            </w:r>
          </w:p>
        </w:tc>
        <w:tc>
          <w:tcPr>
            <w:tcW w:type="dxa" w:w="8277"/>
          </w:tcPr>
          <w:p>
            <w:pPr>
              <w:spacing w:after="20"/>
            </w:pPr>
            <w:r>
              <w:rPr>
                <w:b w:val="0"/>
                <w:i w:val="0"/>
                <w:sz w:val="20"/>
                <w:szCs w:val="20"/>
              </w:rPr>
              <w:t>अभ्यर्थी ज़्यादा हों, तो ज़रूरत के हिसाब से पर्चियाँ मतपत्र के नीचे चिपकाकर एक लम्बा कॉलम बनेगा; जो प्रतीक काम में नहीं आए, उन्हें कैंची या ब्लेड से काटकर अलग कर दिया जाएगा। नोटा का स्टीकर (आयोग का छपवाया) आख़िरी अभ्यर्थी के ठीक बाद वाली जगह पर: जैसे 6 अभ्यर्थी हों, तो मतपत्र पर सातवीं जगह; 12 हों, तो पहली पर्ची की तीसरी जगह। मतपत्र और नोटा के स्टीकर मतदान दलों को ज़िले की चुनाव सामग्री के साथ मिलेंगे (काला बॉल पेन, काला कार्बन, फेविस्टिक, कैंची या ब्लेड, स्टील का स्केल, स्टेपलर, यू-पिन, नीचे रखने को हार्डबोर्ड)।</w:t>
            </w:r>
          </w:p>
        </w:tc>
        <w:tc>
          <w:tcPr>
            <w:tcW w:type="dxa" w:w="2551"/>
          </w:tcPr>
          <w:p>
            <w:pPr>
              <w:spacing w:after="20"/>
            </w:pPr>
            <w:hyperlink r:id="rId13">
              <w:r>
                <w:rPr>
                  <w:b w:val="0"/>
                  <w:i w:val="0"/>
                  <w:color w:val="1F4E9E"/>
                  <w:sz w:val="20"/>
                  <w:szCs w:val="20"/>
                  <w:u w:val="single"/>
                </w:rPr>
                <w:t>आदेश 9809</w:t>
              </w:r>
            </w:hyperlink>
          </w:p>
        </w:tc>
      </w:tr>
    </w:tbl>
    <w:p>
      <w:pPr>
        <w:spacing w:after="40"/>
      </w:pPr>
    </w:p>
    <w:p>
      <w:r>
        <w:br w:type="page"/>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3028"/>
        <w:gridCol w:w="3028"/>
        <w:gridCol w:w="3028"/>
        <w:gridCol w:w="3028"/>
        <w:gridCol w:w="3028"/>
      </w:tblGrid>
      <w:tr>
        <w:trPr>
          <w:cantSplit/>
          <w:tblHeader/>
        </w:trPr>
        <w:tc>
          <w:tcPr>
            <w:tcW w:type="dxa" w:w="1417"/>
            <w:shd w:val="clear" w:color="auto" w:fill="BFBFBF"/>
            <w:vAlign w:val="center"/>
          </w:tcPr>
          <w:p>
            <w:pPr>
              <w:spacing w:after="20"/>
              <w:jc w:val="center"/>
            </w:pPr>
            <w:r>
              <w:rPr>
                <w:b/>
                <w:bCs/>
                <w:i w:val="0"/>
                <w:sz w:val="20"/>
                <w:szCs w:val="20"/>
              </w:rPr>
              <w:t>तीसरा चरण</w:t>
            </w:r>
          </w:p>
        </w:tc>
        <w:tc>
          <w:tcPr>
            <w:tcW w:type="dxa" w:w="1417"/>
            <w:shd w:val="clear" w:color="auto" w:fill="BFBFBF"/>
            <w:vAlign w:val="center"/>
          </w:tcPr>
          <w:p>
            <w:pPr>
              <w:spacing w:after="20"/>
              <w:jc w:val="center"/>
            </w:pPr>
            <w:r>
              <w:rPr>
                <w:b/>
                <w:bCs/>
                <w:i w:val="0"/>
                <w:sz w:val="20"/>
                <w:szCs w:val="20"/>
              </w:rPr>
              <w:t>चौथा चरण</w:t>
            </w:r>
          </w:p>
        </w:tc>
        <w:tc>
          <w:tcPr>
            <w:tcW w:type="dxa" w:w="1474"/>
            <w:shd w:val="clear" w:color="auto" w:fill="BFBFBF"/>
            <w:vAlign w:val="center"/>
          </w:tcPr>
          <w:p>
            <w:pPr>
              <w:spacing w:after="20"/>
              <w:jc w:val="center"/>
            </w:pPr>
            <w:r>
              <w:rPr>
                <w:b/>
                <w:bCs/>
                <w:i w:val="0"/>
                <w:sz w:val="20"/>
                <w:szCs w:val="20"/>
              </w:rPr>
              <w:t>समय</w:t>
            </w:r>
          </w:p>
        </w:tc>
        <w:tc>
          <w:tcPr>
            <w:tcW w:type="dxa" w:w="8277"/>
            <w:shd w:val="clear" w:color="auto" w:fill="BFBFBF"/>
            <w:vAlign w:val="center"/>
          </w:tcPr>
          <w:p>
            <w:pPr>
              <w:spacing w:after="20"/>
              <w:jc w:val="center"/>
            </w:pPr>
            <w:r>
              <w:rPr>
                <w:b/>
                <w:bCs/>
                <w:i w:val="0"/>
                <w:sz w:val="20"/>
                <w:szCs w:val="20"/>
              </w:rPr>
              <w:t>रिटर्निंग अधिकारी का काम</w:t>
            </w:r>
          </w:p>
        </w:tc>
        <w:tc>
          <w:tcPr>
            <w:tcW w:type="dxa" w:w="2551"/>
            <w:shd w:val="clear" w:color="auto" w:fill="BFBFBF"/>
            <w:vAlign w:val="center"/>
          </w:tcPr>
          <w:p>
            <w:pPr>
              <w:spacing w:after="20"/>
              <w:jc w:val="center"/>
            </w:pPr>
            <w:r>
              <w:rPr>
                <w:b/>
                <w:bCs/>
                <w:i w:val="0"/>
                <w:sz w:val="20"/>
                <w:szCs w:val="20"/>
              </w:rPr>
              <w:t>आधार</w:t>
            </w:r>
          </w:p>
        </w:tc>
      </w:tr>
      <w:tr>
        <w:trPr>
          <w:cantSplit/>
        </w:trPr>
        <w:tc>
          <w:tcPr>
            <w:tcW w:type="dxa" w:w="1417"/>
            <w:vMerge w:val="restart"/>
            <w:vAlign w:val="center"/>
          </w:tcPr>
          <w:p>
            <w:pPr>
              <w:spacing w:after="20"/>
            </w:pPr>
            <w:r>
              <w:rPr>
                <w:b w:val="0"/>
                <w:i w:val="0"/>
                <w:sz w:val="20"/>
                <w:szCs w:val="20"/>
              </w:rPr>
              <w:t>05.11.2026</w:t>
            </w:r>
          </w:p>
          <w:p>
            <w:pPr>
              <w:spacing w:after="20"/>
            </w:pPr>
            <w:r>
              <w:rPr>
                <w:b w:val="0"/>
                <w:i w:val="0"/>
                <w:sz w:val="20"/>
                <w:szCs w:val="20"/>
              </w:rPr>
              <w:t>गुरुवार</w:t>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tc>
        <w:tc>
          <w:tcPr>
            <w:tcW w:type="dxa" w:w="1417"/>
            <w:vMerge w:val="restart"/>
            <w:vAlign w:val="center"/>
          </w:tcPr>
          <w:p>
            <w:pPr>
              <w:spacing w:after="20"/>
            </w:pPr>
            <w:r>
              <w:rPr>
                <w:b w:val="0"/>
                <w:i w:val="0"/>
                <w:sz w:val="20"/>
                <w:szCs w:val="20"/>
              </w:rPr>
              <w:t>16.11.2026</w:t>
            </w:r>
          </w:p>
          <w:p>
            <w:pPr>
              <w:spacing w:after="20"/>
            </w:pPr>
            <w:r>
              <w:rPr>
                <w:b w:val="0"/>
                <w:i w:val="0"/>
                <w:sz w:val="20"/>
                <w:szCs w:val="20"/>
              </w:rPr>
              <w:t>सोमवार</w:t>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tc>
        <w:tc>
          <w:tcPr>
            <w:tcW w:type="dxa" w:w="1474"/>
          </w:tcPr>
          <w:p>
            <w:pPr>
              <w:spacing w:after="20"/>
            </w:pPr>
            <w:r>
              <w:rPr>
                <w:b w:val="0"/>
                <w:i w:val="0"/>
                <w:sz w:val="20"/>
                <w:szCs w:val="20"/>
              </w:rPr>
              <w:t>सुबह 7:00 से</w:t>
            </w:r>
          </w:p>
          <w:p>
            <w:pPr>
              <w:spacing w:after="20"/>
            </w:pPr>
            <w:r>
              <w:rPr>
                <w:b w:val="0"/>
                <w:i w:val="0"/>
                <w:sz w:val="20"/>
                <w:szCs w:val="20"/>
              </w:rPr>
              <w:t>शाम 6:00</w:t>
            </w:r>
          </w:p>
        </w:tc>
        <w:tc>
          <w:tcPr>
            <w:tcW w:type="dxa" w:w="8277"/>
          </w:tcPr>
          <w:p>
            <w:pPr>
              <w:spacing w:after="20"/>
            </w:pPr>
            <w:r>
              <w:rPr>
                <w:b w:val="0"/>
                <w:i w:val="0"/>
                <w:sz w:val="20"/>
                <w:szCs w:val="20"/>
              </w:rPr>
              <w:t>पंच और सरपंच का मतदान। शाम 6:00 बजे तक मतदान केन्द्र के परिसर में पहुँचे मतदाता वोट डाल सकेंगे; मतदान अधिकारी लाइन के आख़िरी मतदाता से पर्चियाँ देंगे।</w:t>
            </w:r>
          </w:p>
        </w:tc>
        <w:tc>
          <w:tcPr>
            <w:tcW w:type="dxa" w:w="2551"/>
          </w:tcPr>
          <w:p>
            <w:pPr>
              <w:spacing w:after="20"/>
            </w:pPr>
            <w:hyperlink r:id="rId12">
              <w:r>
                <w:rPr>
                  <w:b w:val="0"/>
                  <w:i w:val="0"/>
                  <w:color w:val="1F4E9E"/>
                  <w:sz w:val="20"/>
                  <w:szCs w:val="20"/>
                  <w:u w:val="single"/>
                </w:rPr>
                <w:t>पत्र 10090</w:t>
              </w:r>
            </w:hyperlink>
            <w:r>
              <w:rPr>
                <w:b w:val="0"/>
                <w:i w:val="0"/>
                <w:sz w:val="20"/>
                <w:szCs w:val="20"/>
              </w:rPr>
              <w:t xml:space="preserve">; </w:t>
            </w:r>
            <w:hyperlink r:id="rId11">
              <w:r>
                <w:rPr>
                  <w:b w:val="0"/>
                  <w:i w:val="0"/>
                  <w:color w:val="1F4E9E"/>
                  <w:sz w:val="20"/>
                  <w:szCs w:val="20"/>
                  <w:u w:val="single"/>
                </w:rPr>
                <w:t>कार्यक्रम 9836</w:t>
              </w:r>
            </w:hyperlink>
            <w:r>
              <w:rPr>
                <w:b w:val="0"/>
                <w:i w:val="0"/>
                <w:sz w:val="20"/>
                <w:szCs w:val="20"/>
              </w:rPr>
              <w:t xml:space="preserve">; मार्गदर्शिका, </w:t>
            </w:r>
            <w:hyperlink r:id="rId24">
              <w:r>
                <w:rPr>
                  <w:b w:val="0"/>
                  <w:i w:val="0"/>
                  <w:color w:val="1F4E9E"/>
                  <w:sz w:val="20"/>
                  <w:szCs w:val="20"/>
                  <w:u w:val="single"/>
                </w:rPr>
                <w:t>पृष्ठ 21</w:t>
              </w:r>
            </w:hyperlink>
            <w:r>
              <w:rPr>
                <w:b w:val="0"/>
                <w:i w:val="0"/>
                <w:sz w:val="20"/>
                <w:szCs w:val="20"/>
              </w:rPr>
              <w:t>, बिन्दु 22</w:t>
            </w:r>
          </w:p>
        </w:tc>
      </w:tr>
      <w:tr>
        <w:trPr>
          <w:cantSplit/>
        </w:trPr>
        <w:tc>
          <w:tcPr>
            <w:tcW w:type="dxa" w:w="1417"/>
            <w:vMerge/>
          </w:tcPr>
          <w:p/>
        </w:tc>
        <w:tc>
          <w:tcPr>
            <w:tcW w:type="dxa" w:w="1417"/>
            <w:vMerge/>
          </w:tcPr>
          <w:p/>
        </w:tc>
        <w:tc>
          <w:tcPr>
            <w:tcW w:type="dxa" w:w="1474"/>
          </w:tcPr>
          <w:p>
            <w:pPr>
              <w:spacing w:after="20"/>
            </w:pPr>
            <w:r>
              <w:rPr>
                <w:b w:val="0"/>
                <w:i w:val="0"/>
                <w:sz w:val="20"/>
                <w:szCs w:val="20"/>
              </w:rPr>
              <w:t>मतदान ख़त्म</w:t>
            </w:r>
          </w:p>
          <w:p>
            <w:pPr>
              <w:spacing w:after="20"/>
            </w:pPr>
            <w:r>
              <w:rPr>
                <w:b w:val="0"/>
                <w:i w:val="0"/>
                <w:sz w:val="20"/>
                <w:szCs w:val="20"/>
              </w:rPr>
              <w:t>होते ही</w:t>
            </w:r>
          </w:p>
        </w:tc>
        <w:tc>
          <w:tcPr>
            <w:tcW w:type="dxa" w:w="8277"/>
          </w:tcPr>
          <w:p>
            <w:pPr>
              <w:spacing w:after="20"/>
            </w:pPr>
            <w:r>
              <w:rPr>
                <w:b w:val="0"/>
                <w:i w:val="0"/>
                <w:sz w:val="20"/>
                <w:szCs w:val="20"/>
              </w:rPr>
              <w:t>ग्राम पंचायत मुख्यालय पर गिनती, रिटर्निंग अधिकारी की देखरेख में। सरपंच की गिनती सारे बूथों की मतपेटियाँ आने पर (पर पंचायत मुख्यालय से बाहर किसी गाँव में बहुत विशेष हालात में बने बूथ की मतपेटियाँ आने में देरी हो, तो अभ्यर्थियों को बताकर बाकी मतपेटियों की गिनती शुरू कर दें); सरपंच के वोट रिटर्निंग अधिकारी ख़ुद या सहायक मतदान अधिकारियों की मदद से गिनेंगे। कौन-सा मतपत्र खारिज होगा, यह फ़ैसला रिटर्निंग अधिकारी का।</w:t>
            </w:r>
          </w:p>
        </w:tc>
        <w:tc>
          <w:tcPr>
            <w:tcW w:type="dxa" w:w="2551"/>
          </w:tcPr>
          <w:p>
            <w:pPr>
              <w:spacing w:after="20"/>
            </w:pPr>
            <w:hyperlink r:id="rId12">
              <w:r>
                <w:rPr>
                  <w:b w:val="0"/>
                  <w:i w:val="0"/>
                  <w:color w:val="1F4E9E"/>
                  <w:sz w:val="20"/>
                  <w:szCs w:val="20"/>
                  <w:u w:val="single"/>
                </w:rPr>
                <w:t>पत्र 10090</w:t>
              </w:r>
            </w:hyperlink>
            <w:r>
              <w:rPr>
                <w:b w:val="0"/>
                <w:i w:val="0"/>
                <w:sz w:val="20"/>
                <w:szCs w:val="20"/>
              </w:rPr>
              <w:t xml:space="preserve">; </w:t>
            </w:r>
            <w:hyperlink r:id="rId11">
              <w:r>
                <w:rPr>
                  <w:b w:val="0"/>
                  <w:i w:val="0"/>
                  <w:color w:val="1F4E9E"/>
                  <w:sz w:val="20"/>
                  <w:szCs w:val="20"/>
                  <w:u w:val="single"/>
                </w:rPr>
                <w:t>कार्यक्रम 9836</w:t>
              </w:r>
            </w:hyperlink>
            <w:r>
              <w:rPr>
                <w:b w:val="0"/>
                <w:i w:val="0"/>
                <w:sz w:val="20"/>
                <w:szCs w:val="20"/>
              </w:rPr>
              <w:t xml:space="preserve">; </w:t>
            </w:r>
            <w:hyperlink r:id="rId14">
              <w:r>
                <w:rPr>
                  <w:b w:val="0"/>
                  <w:i w:val="0"/>
                  <w:color w:val="1F4E9E"/>
                  <w:sz w:val="20"/>
                  <w:szCs w:val="20"/>
                  <w:u w:val="single"/>
                </w:rPr>
                <w:t>पत्र 1323</w:t>
              </w:r>
            </w:hyperlink>
            <w:r>
              <w:rPr>
                <w:b w:val="0"/>
                <w:i w:val="0"/>
                <w:sz w:val="20"/>
                <w:szCs w:val="20"/>
              </w:rPr>
              <w:t xml:space="preserve">, बिन्दु 2, 4, 5; मार्गदर्शिका, </w:t>
            </w:r>
            <w:hyperlink r:id="rId25">
              <w:r>
                <w:rPr>
                  <w:b w:val="0"/>
                  <w:i w:val="0"/>
                  <w:color w:val="1F4E9E"/>
                  <w:sz w:val="20"/>
                  <w:szCs w:val="20"/>
                  <w:u w:val="single"/>
                </w:rPr>
                <w:t>पृष्ठ 23</w:t>
              </w:r>
            </w:hyperlink>
            <w:r>
              <w:rPr>
                <w:b w:val="0"/>
                <w:i w:val="0"/>
                <w:sz w:val="20"/>
                <w:szCs w:val="20"/>
              </w:rPr>
              <w:t xml:space="preserve">, बिन्दु 3; </w:t>
            </w:r>
            <w:hyperlink r:id="rId26">
              <w:r>
                <w:rPr>
                  <w:b w:val="0"/>
                  <w:i w:val="0"/>
                  <w:color w:val="1F4E9E"/>
                  <w:sz w:val="20"/>
                  <w:szCs w:val="20"/>
                  <w:u w:val="single"/>
                </w:rPr>
                <w:t>पृष्ठ 37-38</w:t>
              </w:r>
            </w:hyperlink>
            <w:r>
              <w:rPr>
                <w:b w:val="0"/>
                <w:i w:val="0"/>
                <w:sz w:val="20"/>
                <w:szCs w:val="20"/>
              </w:rPr>
              <w:t>, बिन्दु 18(ii)</w:t>
            </w:r>
          </w:p>
        </w:tc>
      </w:tr>
      <w:tr>
        <w:trPr>
          <w:cantSplit/>
        </w:trPr>
        <w:tc>
          <w:tcPr>
            <w:tcW w:type="dxa" w:w="1417"/>
            <w:vMerge/>
          </w:tcPr>
          <w:p/>
        </w:tc>
        <w:tc>
          <w:tcPr>
            <w:tcW w:type="dxa" w:w="1417"/>
            <w:vMerge/>
          </w:tcPr>
          <w:p/>
        </w:tc>
        <w:tc>
          <w:tcPr>
            <w:tcW w:type="dxa" w:w="1474"/>
          </w:tcPr>
          <w:p>
            <w:pPr>
              <w:spacing w:after="20"/>
            </w:pPr>
            <w:r>
              <w:rPr>
                <w:b w:val="0"/>
                <w:i w:val="0"/>
                <w:sz w:val="20"/>
                <w:szCs w:val="20"/>
              </w:rPr>
              <w:t>हर पद की गिनती</w:t>
            </w:r>
          </w:p>
          <w:p>
            <w:pPr>
              <w:spacing w:after="20"/>
            </w:pPr>
            <w:r>
              <w:rPr>
                <w:b w:val="0"/>
                <w:i w:val="0"/>
                <w:sz w:val="20"/>
                <w:szCs w:val="20"/>
              </w:rPr>
              <w:t>पूरी होते ही</w:t>
            </w:r>
          </w:p>
        </w:tc>
        <w:tc>
          <w:tcPr>
            <w:tcW w:type="dxa" w:w="8277"/>
          </w:tcPr>
          <w:p>
            <w:pPr>
              <w:spacing w:after="20"/>
            </w:pPr>
            <w:r>
              <w:rPr>
                <w:b w:val="0"/>
                <w:i w:val="0"/>
                <w:sz w:val="20"/>
                <w:szCs w:val="20"/>
              </w:rPr>
              <w:t>परिणाम की घोषणा, प्ररूप-7 (परिशिष्ट-10) में; हस्ताक्षर की हुई प्रति मार्गदर्शिका के बिन्दु 19 में लिखी पाँचों जगह (नाम अगले पन्ने के नीचे)। उस पद के बाकी अभ्यर्थी फिर गिनती की जगह पर न रुकें।</w:t>
            </w:r>
          </w:p>
        </w:tc>
        <w:tc>
          <w:tcPr>
            <w:tcW w:type="dxa" w:w="2551"/>
          </w:tcPr>
          <w:p>
            <w:pPr>
              <w:spacing w:after="20"/>
            </w:pPr>
            <w:hyperlink r:id="rId14">
              <w:r>
                <w:rPr>
                  <w:b w:val="0"/>
                  <w:i w:val="0"/>
                  <w:color w:val="1F4E9E"/>
                  <w:sz w:val="20"/>
                  <w:szCs w:val="20"/>
                  <w:u w:val="single"/>
                </w:rPr>
                <w:t>पत्र 1323</w:t>
              </w:r>
            </w:hyperlink>
            <w:r>
              <w:rPr>
                <w:b w:val="0"/>
                <w:i w:val="0"/>
                <w:sz w:val="20"/>
                <w:szCs w:val="20"/>
              </w:rPr>
              <w:t xml:space="preserve">, बिन्दु 7, 8; मार्गदर्शिका, </w:t>
            </w:r>
            <w:hyperlink r:id="rId27">
              <w:r>
                <w:rPr>
                  <w:b w:val="0"/>
                  <w:i w:val="0"/>
                  <w:color w:val="1F4E9E"/>
                  <w:sz w:val="20"/>
                  <w:szCs w:val="20"/>
                  <w:u w:val="single"/>
                </w:rPr>
                <w:t>पृष्ठ 39</w:t>
              </w:r>
            </w:hyperlink>
            <w:r>
              <w:rPr>
                <w:b w:val="0"/>
                <w:i w:val="0"/>
                <w:sz w:val="20"/>
                <w:szCs w:val="20"/>
              </w:rPr>
              <w:t>, बिन्दु 19</w:t>
            </w:r>
          </w:p>
        </w:tc>
      </w:tr>
      <w:tr>
        <w:trPr>
          <w:cantSplit/>
        </w:trPr>
        <w:tc>
          <w:tcPr>
            <w:tcW w:type="dxa" w:w="1417"/>
            <w:vMerge/>
          </w:tcPr>
          <w:p/>
        </w:tc>
        <w:tc>
          <w:tcPr>
            <w:tcW w:type="dxa" w:w="1417"/>
            <w:vMerge/>
          </w:tcPr>
          <w:p/>
        </w:tc>
        <w:tc>
          <w:tcPr>
            <w:tcW w:type="dxa" w:w="1474"/>
          </w:tcPr>
          <w:p>
            <w:pPr>
              <w:spacing w:after="20"/>
            </w:pPr>
            <w:r>
              <w:rPr>
                <w:b w:val="0"/>
                <w:i w:val="0"/>
                <w:sz w:val="20"/>
                <w:szCs w:val="20"/>
              </w:rPr>
              <w:t>परिणाम के बाद</w:t>
            </w:r>
          </w:p>
        </w:tc>
        <w:tc>
          <w:tcPr>
            <w:tcW w:type="dxa" w:w="8277"/>
          </w:tcPr>
          <w:p>
            <w:pPr>
              <w:spacing w:after="20"/>
            </w:pPr>
            <w:r>
              <w:rPr>
                <w:b w:val="0"/>
                <w:i w:val="0"/>
                <w:sz w:val="20"/>
                <w:szCs w:val="20"/>
              </w:rPr>
              <w:t>जीते अभ्यर्थी को शपथ, प्ररूप-11 (परिशिष्ट-18) में, ताकि वे उप-सरपंच की बैठक में आ सकें; फिर निर्वाचन प्रमाण-पत्र, और रसीद पर उनके हस्ताक्षर। सरपंच की जमानत लौटाना या ज़ब्त करना।</w:t>
            </w:r>
          </w:p>
        </w:tc>
        <w:tc>
          <w:tcPr>
            <w:tcW w:type="dxa" w:w="2551"/>
          </w:tcPr>
          <w:p>
            <w:pPr>
              <w:spacing w:after="20"/>
            </w:pPr>
            <w:r>
              <w:rPr>
                <w:b w:val="0"/>
                <w:i w:val="0"/>
                <w:sz w:val="20"/>
                <w:szCs w:val="20"/>
              </w:rPr>
              <w:t xml:space="preserve">मार्गदर्शिका, </w:t>
            </w:r>
            <w:hyperlink r:id="rId27">
              <w:r>
                <w:rPr>
                  <w:b w:val="0"/>
                  <w:i w:val="0"/>
                  <w:color w:val="1F4E9E"/>
                  <w:sz w:val="20"/>
                  <w:szCs w:val="20"/>
                  <w:u w:val="single"/>
                </w:rPr>
                <w:t>पृष्ठ 39</w:t>
              </w:r>
            </w:hyperlink>
            <w:r>
              <w:rPr>
                <w:b w:val="0"/>
                <w:i w:val="0"/>
                <w:sz w:val="20"/>
                <w:szCs w:val="20"/>
              </w:rPr>
              <w:t xml:space="preserve">, बिन्दु 20, 21; </w:t>
            </w:r>
            <w:hyperlink r:id="rId14">
              <w:r>
                <w:rPr>
                  <w:b w:val="0"/>
                  <w:i w:val="0"/>
                  <w:color w:val="1F4E9E"/>
                  <w:sz w:val="20"/>
                  <w:szCs w:val="20"/>
                  <w:u w:val="single"/>
                </w:rPr>
                <w:t>पत्र 1323</w:t>
              </w:r>
            </w:hyperlink>
            <w:r>
              <w:rPr>
                <w:b w:val="0"/>
                <w:i w:val="0"/>
                <w:sz w:val="20"/>
                <w:szCs w:val="20"/>
              </w:rPr>
              <w:t>, बिन्दु 9</w:t>
            </w:r>
          </w:p>
        </w:tc>
      </w:tr>
      <w:tr>
        <w:trPr>
          <w:cantSplit/>
        </w:trPr>
        <w:tc>
          <w:tcPr>
            <w:tcW w:type="dxa" w:w="1417"/>
            <w:vMerge w:val="restart"/>
            <w:vAlign w:val="center"/>
          </w:tcPr>
          <w:p>
            <w:pPr>
              <w:spacing w:after="20"/>
            </w:pPr>
            <w:r>
              <w:rPr>
                <w:b w:val="0"/>
                <w:i w:val="0"/>
                <w:sz w:val="20"/>
                <w:szCs w:val="20"/>
              </w:rPr>
              <w:t>06.11.2026</w:t>
            </w:r>
          </w:p>
          <w:p>
            <w:pPr>
              <w:spacing w:after="20"/>
            </w:pPr>
            <w:r>
              <w:rPr>
                <w:b w:val="0"/>
                <w:i w:val="0"/>
                <w:sz w:val="20"/>
                <w:szCs w:val="20"/>
              </w:rPr>
              <w:t>शुक्रवार</w:t>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tc>
        <w:tc>
          <w:tcPr>
            <w:tcW w:type="dxa" w:w="1417"/>
            <w:vMerge w:val="restart"/>
            <w:vAlign w:val="center"/>
          </w:tcPr>
          <w:p>
            <w:pPr>
              <w:spacing w:after="20"/>
            </w:pPr>
            <w:r>
              <w:rPr>
                <w:b w:val="0"/>
                <w:i w:val="0"/>
                <w:sz w:val="20"/>
                <w:szCs w:val="20"/>
              </w:rPr>
              <w:t>17.11.2026</w:t>
            </w:r>
          </w:p>
          <w:p>
            <w:pPr>
              <w:spacing w:after="20"/>
            </w:pPr>
            <w:r>
              <w:rPr>
                <w:b w:val="0"/>
                <w:i w:val="0"/>
                <w:sz w:val="20"/>
                <w:szCs w:val="20"/>
              </w:rPr>
              <w:t>मंगलवार</w:t>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tc>
        <w:tc>
          <w:tcPr>
            <w:tcW w:type="dxa" w:w="1474"/>
          </w:tcPr>
          <w:p>
            <w:pPr>
              <w:spacing w:after="20"/>
            </w:pPr>
            <w:r>
              <w:rPr>
                <w:b w:val="0"/>
                <w:i w:val="0"/>
                <w:sz w:val="20"/>
                <w:szCs w:val="20"/>
              </w:rPr>
              <w:t>सुबह 9:00</w:t>
            </w:r>
          </w:p>
          <w:p>
            <w:pPr>
              <w:spacing w:after="20"/>
            </w:pPr>
            <w:r>
              <w:rPr>
                <w:b w:val="0"/>
                <w:i w:val="0"/>
                <w:sz w:val="20"/>
                <w:szCs w:val="20"/>
              </w:rPr>
              <w:t>बजे से पहले</w:t>
            </w:r>
          </w:p>
        </w:tc>
        <w:tc>
          <w:tcPr>
            <w:tcW w:type="dxa" w:w="8277"/>
          </w:tcPr>
          <w:p>
            <w:pPr>
              <w:spacing w:after="20"/>
            </w:pPr>
            <w:r>
              <w:rPr>
                <w:b w:val="0"/>
                <w:i w:val="0"/>
                <w:sz w:val="20"/>
                <w:szCs w:val="20"/>
              </w:rPr>
              <w:t>उप-सरपंच की बैठक का नोटिस जारी करना: हर चुने पंच और सरपंच को (छपे फ़ॉर्म ज़िला निर्वाचन अधिकारी से; ख़ुद न मिलें, तो घर पर चिपकाइए), और पंचायत कार्यालय के नोटिस बोर्ड पर, मतदान से कम से कम दो घंटे पहले।</w:t>
            </w:r>
          </w:p>
        </w:tc>
        <w:tc>
          <w:tcPr>
            <w:tcW w:type="dxa" w:w="2551"/>
          </w:tcPr>
          <w:p>
            <w:pPr>
              <w:spacing w:after="20"/>
            </w:pPr>
            <w:hyperlink r:id="rId15">
              <w:r>
                <w:rPr>
                  <w:b w:val="0"/>
                  <w:i w:val="0"/>
                  <w:color w:val="1F4E9E"/>
                  <w:sz w:val="20"/>
                  <w:szCs w:val="20"/>
                  <w:u w:val="single"/>
                </w:rPr>
                <w:t>पत्र 20.10.2026</w:t>
              </w:r>
            </w:hyperlink>
            <w:r>
              <w:rPr>
                <w:b w:val="0"/>
                <w:i w:val="0"/>
                <w:sz w:val="20"/>
                <w:szCs w:val="20"/>
              </w:rPr>
              <w:t xml:space="preserve">; मार्गदर्शिका, </w:t>
            </w:r>
            <w:hyperlink r:id="rId28">
              <w:r>
                <w:rPr>
                  <w:b w:val="0"/>
                  <w:i w:val="0"/>
                  <w:color w:val="1F4E9E"/>
                  <w:sz w:val="20"/>
                  <w:szCs w:val="20"/>
                  <w:u w:val="single"/>
                </w:rPr>
                <w:t>पृष्ठ 42</w:t>
              </w:r>
            </w:hyperlink>
            <w:r>
              <w:rPr>
                <w:b w:val="0"/>
                <w:i w:val="0"/>
                <w:sz w:val="20"/>
                <w:szCs w:val="20"/>
              </w:rPr>
              <w:t>, अध्याय-7, बिन्दु 4</w:t>
            </w:r>
          </w:p>
        </w:tc>
      </w:tr>
      <w:tr>
        <w:trPr>
          <w:cantSplit/>
        </w:trPr>
        <w:tc>
          <w:tcPr>
            <w:tcW w:type="dxa" w:w="1417"/>
            <w:vMerge/>
          </w:tcPr>
          <w:p/>
        </w:tc>
        <w:tc>
          <w:tcPr>
            <w:tcW w:type="dxa" w:w="1417"/>
            <w:vMerge/>
          </w:tcPr>
          <w:p/>
        </w:tc>
        <w:tc>
          <w:tcPr>
            <w:tcW w:type="dxa" w:w="1474"/>
          </w:tcPr>
          <w:p>
            <w:pPr>
              <w:spacing w:after="20"/>
            </w:pPr>
            <w:r>
              <w:rPr>
                <w:b w:val="0"/>
                <w:i w:val="0"/>
                <w:sz w:val="20"/>
                <w:szCs w:val="20"/>
              </w:rPr>
              <w:t>10:00 बजे</w:t>
            </w:r>
          </w:p>
        </w:tc>
        <w:tc>
          <w:tcPr>
            <w:tcW w:type="dxa" w:w="8277"/>
          </w:tcPr>
          <w:p>
            <w:pPr>
              <w:spacing w:after="20"/>
            </w:pPr>
            <w:r>
              <w:rPr>
                <w:b w:val="0"/>
                <w:i w:val="0"/>
                <w:sz w:val="20"/>
                <w:szCs w:val="20"/>
              </w:rPr>
              <w:t>बैठक शुरू। अध्यक्षता रिटर्निंग अधिकारी करेंगे, उन्हें वोट देने का अधिकार नहीं।</w:t>
            </w:r>
          </w:p>
        </w:tc>
        <w:tc>
          <w:tcPr>
            <w:tcW w:type="dxa" w:w="2551"/>
          </w:tcPr>
          <w:p>
            <w:pPr>
              <w:spacing w:after="20"/>
            </w:pPr>
            <w:hyperlink r:id="rId15">
              <w:r>
                <w:rPr>
                  <w:b w:val="0"/>
                  <w:i w:val="0"/>
                  <w:color w:val="1F4E9E"/>
                  <w:sz w:val="20"/>
                  <w:szCs w:val="20"/>
                  <w:u w:val="single"/>
                </w:rPr>
                <w:t>पत्र 20.10.2026</w:t>
              </w:r>
            </w:hyperlink>
            <w:r>
              <w:rPr>
                <w:b w:val="0"/>
                <w:i w:val="0"/>
                <w:sz w:val="20"/>
                <w:szCs w:val="20"/>
              </w:rPr>
              <w:t xml:space="preserve">; </w:t>
            </w:r>
            <w:hyperlink r:id="rId29">
              <w:r>
                <w:rPr>
                  <w:b w:val="0"/>
                  <w:i w:val="0"/>
                  <w:color w:val="1F4E9E"/>
                  <w:sz w:val="20"/>
                  <w:szCs w:val="20"/>
                  <w:u w:val="single"/>
                </w:rPr>
                <w:t>धारा 27(2)</w:t>
              </w:r>
            </w:hyperlink>
            <w:r>
              <w:rPr>
                <w:b w:val="0"/>
                <w:i w:val="0"/>
                <w:sz w:val="20"/>
                <w:szCs w:val="20"/>
              </w:rPr>
              <w:t xml:space="preserve"> सपठित </w:t>
            </w:r>
            <w:hyperlink r:id="rId30">
              <w:r>
                <w:rPr>
                  <w:b w:val="0"/>
                  <w:i w:val="0"/>
                  <w:color w:val="1F4E9E"/>
                  <w:sz w:val="20"/>
                  <w:szCs w:val="20"/>
                  <w:u w:val="single"/>
                </w:rPr>
                <w:t>नियम 65(2)</w:t>
              </w:r>
            </w:hyperlink>
          </w:p>
        </w:tc>
      </w:tr>
      <w:tr>
        <w:trPr>
          <w:cantSplit/>
        </w:trPr>
        <w:tc>
          <w:tcPr>
            <w:tcW w:type="dxa" w:w="1417"/>
            <w:vMerge/>
          </w:tcPr>
          <w:p/>
        </w:tc>
        <w:tc>
          <w:tcPr>
            <w:tcW w:type="dxa" w:w="1417"/>
            <w:vMerge/>
          </w:tcPr>
          <w:p/>
        </w:tc>
        <w:tc>
          <w:tcPr>
            <w:tcW w:type="dxa" w:w="1474"/>
          </w:tcPr>
          <w:p>
            <w:pPr>
              <w:spacing w:after="20"/>
            </w:pPr>
            <w:r>
              <w:rPr>
                <w:b w:val="0"/>
                <w:i w:val="0"/>
                <w:sz w:val="20"/>
                <w:szCs w:val="20"/>
              </w:rPr>
              <w:t>11:00 बजे तक</w:t>
            </w:r>
          </w:p>
        </w:tc>
        <w:tc>
          <w:tcPr>
            <w:tcW w:type="dxa" w:w="8277"/>
          </w:tcPr>
          <w:p>
            <w:pPr>
              <w:spacing w:after="20"/>
            </w:pPr>
            <w:r>
              <w:rPr>
                <w:b w:val="0"/>
                <w:i w:val="0"/>
                <w:sz w:val="20"/>
                <w:szCs w:val="20"/>
              </w:rPr>
              <w:t>नाम निर्देशन पत्र लेना।</w:t>
            </w:r>
          </w:p>
        </w:tc>
        <w:tc>
          <w:tcPr>
            <w:tcW w:type="dxa" w:w="2551"/>
          </w:tcPr>
          <w:p>
            <w:pPr>
              <w:spacing w:after="20"/>
            </w:pPr>
            <w:hyperlink r:id="rId15">
              <w:r>
                <w:rPr>
                  <w:b w:val="0"/>
                  <w:i w:val="0"/>
                  <w:color w:val="1F4E9E"/>
                  <w:sz w:val="20"/>
                  <w:szCs w:val="20"/>
                  <w:u w:val="single"/>
                </w:rPr>
                <w:t>पत्र 20.10.2026</w:t>
              </w:r>
            </w:hyperlink>
          </w:p>
        </w:tc>
      </w:tr>
      <w:tr>
        <w:trPr>
          <w:cantSplit/>
        </w:trPr>
        <w:tc>
          <w:tcPr>
            <w:tcW w:type="dxa" w:w="1417"/>
            <w:vMerge/>
          </w:tcPr>
          <w:p/>
        </w:tc>
        <w:tc>
          <w:tcPr>
            <w:tcW w:type="dxa" w:w="1417"/>
            <w:vMerge/>
          </w:tcPr>
          <w:p/>
        </w:tc>
        <w:tc>
          <w:tcPr>
            <w:tcW w:type="dxa" w:w="1474"/>
          </w:tcPr>
          <w:p>
            <w:pPr>
              <w:spacing w:after="20"/>
            </w:pPr>
            <w:r>
              <w:rPr>
                <w:b w:val="0"/>
                <w:i w:val="0"/>
                <w:sz w:val="20"/>
                <w:szCs w:val="20"/>
              </w:rPr>
              <w:t>11:30 बजे तक</w:t>
            </w:r>
          </w:p>
        </w:tc>
        <w:tc>
          <w:tcPr>
            <w:tcW w:type="dxa" w:w="8277"/>
          </w:tcPr>
          <w:p>
            <w:pPr>
              <w:spacing w:after="20"/>
            </w:pPr>
            <w:r>
              <w:rPr>
                <w:b w:val="0"/>
                <w:i w:val="0"/>
                <w:sz w:val="20"/>
                <w:szCs w:val="20"/>
              </w:rPr>
              <w:t>नाम निर्देशन पत्रों की संवीक्षा।</w:t>
            </w:r>
          </w:p>
        </w:tc>
        <w:tc>
          <w:tcPr>
            <w:tcW w:type="dxa" w:w="2551"/>
          </w:tcPr>
          <w:p>
            <w:pPr>
              <w:spacing w:after="20"/>
            </w:pPr>
            <w:hyperlink r:id="rId15">
              <w:r>
                <w:rPr>
                  <w:b w:val="0"/>
                  <w:i w:val="0"/>
                  <w:color w:val="1F4E9E"/>
                  <w:sz w:val="20"/>
                  <w:szCs w:val="20"/>
                  <w:u w:val="single"/>
                </w:rPr>
                <w:t>पत्र 20.10.2026</w:t>
              </w:r>
            </w:hyperlink>
          </w:p>
        </w:tc>
      </w:tr>
      <w:tr>
        <w:trPr>
          <w:cantSplit/>
        </w:trPr>
        <w:tc>
          <w:tcPr>
            <w:tcW w:type="dxa" w:w="1417"/>
            <w:vMerge/>
          </w:tcPr>
          <w:p/>
        </w:tc>
        <w:tc>
          <w:tcPr>
            <w:tcW w:type="dxa" w:w="1417"/>
            <w:vMerge/>
          </w:tcPr>
          <w:p/>
        </w:tc>
        <w:tc>
          <w:tcPr>
            <w:tcW w:type="dxa" w:w="1474"/>
          </w:tcPr>
          <w:p>
            <w:pPr>
              <w:spacing w:after="20"/>
            </w:pPr>
            <w:r>
              <w:rPr>
                <w:b w:val="0"/>
                <w:i w:val="0"/>
                <w:sz w:val="20"/>
                <w:szCs w:val="20"/>
              </w:rPr>
              <w:t>11:30 से</w:t>
            </w:r>
          </w:p>
          <w:p>
            <w:pPr>
              <w:spacing w:after="20"/>
            </w:pPr>
            <w:r>
              <w:rPr>
                <w:b w:val="0"/>
                <w:i w:val="0"/>
                <w:sz w:val="20"/>
                <w:szCs w:val="20"/>
              </w:rPr>
              <w:t>12:00 बजे</w:t>
            </w:r>
          </w:p>
        </w:tc>
        <w:tc>
          <w:tcPr>
            <w:tcW w:type="dxa" w:w="8277"/>
          </w:tcPr>
          <w:p>
            <w:pPr>
              <w:spacing w:after="20"/>
            </w:pPr>
            <w:r>
              <w:rPr>
                <w:b w:val="0"/>
                <w:i w:val="0"/>
                <w:sz w:val="20"/>
                <w:szCs w:val="20"/>
              </w:rPr>
              <w:t>चुनाव लड़ने वाले अभ्यर्थियों की सूची और चुनाव प्रतीक देना।</w:t>
            </w:r>
          </w:p>
        </w:tc>
        <w:tc>
          <w:tcPr>
            <w:tcW w:type="dxa" w:w="2551"/>
          </w:tcPr>
          <w:p>
            <w:pPr>
              <w:spacing w:after="20"/>
            </w:pPr>
            <w:hyperlink r:id="rId15">
              <w:r>
                <w:rPr>
                  <w:b w:val="0"/>
                  <w:i w:val="0"/>
                  <w:color w:val="1F4E9E"/>
                  <w:sz w:val="20"/>
                  <w:szCs w:val="20"/>
                  <w:u w:val="single"/>
                </w:rPr>
                <w:t>पत्र 20.10.2026</w:t>
              </w:r>
            </w:hyperlink>
          </w:p>
        </w:tc>
      </w:tr>
      <w:tr>
        <w:trPr>
          <w:cantSplit/>
        </w:trPr>
        <w:tc>
          <w:tcPr>
            <w:tcW w:type="dxa" w:w="1417"/>
            <w:vMerge/>
          </w:tcPr>
          <w:p/>
        </w:tc>
        <w:tc>
          <w:tcPr>
            <w:tcW w:type="dxa" w:w="1417"/>
            <w:vMerge/>
          </w:tcPr>
          <w:p/>
        </w:tc>
        <w:tc>
          <w:tcPr>
            <w:tcW w:type="dxa" w:w="1474"/>
          </w:tcPr>
          <w:p>
            <w:pPr>
              <w:spacing w:after="20"/>
            </w:pPr>
            <w:r>
              <w:rPr>
                <w:b w:val="0"/>
                <w:i w:val="0"/>
                <w:sz w:val="20"/>
                <w:szCs w:val="20"/>
              </w:rPr>
              <w:t>12:00 से</w:t>
            </w:r>
          </w:p>
          <w:p>
            <w:pPr>
              <w:spacing w:after="20"/>
            </w:pPr>
            <w:r>
              <w:rPr>
                <w:b w:val="0"/>
                <w:i w:val="0"/>
                <w:sz w:val="20"/>
                <w:szCs w:val="20"/>
              </w:rPr>
              <w:t>1:00 बजे</w:t>
            </w:r>
          </w:p>
        </w:tc>
        <w:tc>
          <w:tcPr>
            <w:tcW w:type="dxa" w:w="8277"/>
          </w:tcPr>
          <w:p>
            <w:pPr>
              <w:spacing w:after="20"/>
            </w:pPr>
            <w:r>
              <w:rPr>
                <w:b w:val="0"/>
                <w:i w:val="0"/>
                <w:sz w:val="20"/>
                <w:szCs w:val="20"/>
              </w:rPr>
              <w:t>मतदान, अगर ज़रूरत हो। मतपत्र की पीठ पर रिटर्निंग अधिकारी के हस्ताक्षर; मतदाता मतपत्र मोड़कर रिटर्निंग अधिकारी के सामने मतपेटी में डालेंगे।</w:t>
            </w:r>
          </w:p>
        </w:tc>
        <w:tc>
          <w:tcPr>
            <w:tcW w:type="dxa" w:w="2551"/>
          </w:tcPr>
          <w:p>
            <w:pPr>
              <w:spacing w:after="20"/>
            </w:pPr>
            <w:hyperlink r:id="rId15">
              <w:r>
                <w:rPr>
                  <w:b w:val="0"/>
                  <w:i w:val="0"/>
                  <w:color w:val="1F4E9E"/>
                  <w:sz w:val="20"/>
                  <w:szCs w:val="20"/>
                  <w:u w:val="single"/>
                </w:rPr>
                <w:t>पत्र 20.10.2026</w:t>
              </w:r>
            </w:hyperlink>
            <w:r>
              <w:rPr>
                <w:b w:val="0"/>
                <w:i w:val="0"/>
                <w:sz w:val="20"/>
                <w:szCs w:val="20"/>
              </w:rPr>
              <w:t xml:space="preserve">; मार्गदर्शिका, </w:t>
            </w:r>
            <w:hyperlink r:id="rId31">
              <w:r>
                <w:rPr>
                  <w:b w:val="0"/>
                  <w:i w:val="0"/>
                  <w:color w:val="1F4E9E"/>
                  <w:sz w:val="20"/>
                  <w:szCs w:val="20"/>
                  <w:u w:val="single"/>
                </w:rPr>
                <w:t>पृष्ठ 43</w:t>
              </w:r>
            </w:hyperlink>
            <w:r>
              <w:rPr>
                <w:b w:val="0"/>
                <w:i w:val="0"/>
                <w:sz w:val="20"/>
                <w:szCs w:val="20"/>
              </w:rPr>
              <w:t>, अध्याय-7, बिन्दु 9, 10</w:t>
            </w:r>
          </w:p>
        </w:tc>
      </w:tr>
      <w:tr>
        <w:trPr>
          <w:cantSplit/>
        </w:trPr>
        <w:tc>
          <w:tcPr>
            <w:tcW w:type="dxa" w:w="1417"/>
            <w:vMerge/>
          </w:tcPr>
          <w:p/>
        </w:tc>
        <w:tc>
          <w:tcPr>
            <w:tcW w:type="dxa" w:w="1417"/>
            <w:vMerge/>
          </w:tcPr>
          <w:p/>
        </w:tc>
        <w:tc>
          <w:tcPr>
            <w:tcW w:type="dxa" w:w="1474"/>
          </w:tcPr>
          <w:p>
            <w:pPr>
              <w:spacing w:after="20"/>
            </w:pPr>
            <w:r>
              <w:rPr>
                <w:b w:val="0"/>
                <w:i w:val="0"/>
                <w:sz w:val="20"/>
                <w:szCs w:val="20"/>
              </w:rPr>
              <w:t>मतदान ख़त्म</w:t>
            </w:r>
          </w:p>
          <w:p>
            <w:pPr>
              <w:spacing w:after="20"/>
            </w:pPr>
            <w:r>
              <w:rPr>
                <w:b w:val="0"/>
                <w:i w:val="0"/>
                <w:sz w:val="20"/>
                <w:szCs w:val="20"/>
              </w:rPr>
              <w:t>होते ही</w:t>
            </w:r>
          </w:p>
        </w:tc>
        <w:tc>
          <w:tcPr>
            <w:tcW w:type="dxa" w:w="8277"/>
          </w:tcPr>
          <w:p>
            <w:pPr>
              <w:spacing w:after="20"/>
            </w:pPr>
            <w:r>
              <w:rPr>
                <w:b w:val="0"/>
                <w:i w:val="0"/>
                <w:sz w:val="20"/>
                <w:szCs w:val="20"/>
              </w:rPr>
              <w:t>गिनती और परिणाम की घोषणा, प्ररूप-7 में; वोट बराबर हों तो लॉटरी। मतपत्र और कागज़ लिफ़ाफ़ा P-40 और P-41 में।</w:t>
            </w:r>
          </w:p>
        </w:tc>
        <w:tc>
          <w:tcPr>
            <w:tcW w:type="dxa" w:w="2551"/>
          </w:tcPr>
          <w:p>
            <w:pPr>
              <w:spacing w:after="20"/>
            </w:pPr>
            <w:hyperlink r:id="rId15">
              <w:r>
                <w:rPr>
                  <w:b w:val="0"/>
                  <w:i w:val="0"/>
                  <w:color w:val="1F4E9E"/>
                  <w:sz w:val="20"/>
                  <w:szCs w:val="20"/>
                  <w:u w:val="single"/>
                </w:rPr>
                <w:t>पत्र 20.10.2026</w:t>
              </w:r>
            </w:hyperlink>
            <w:r>
              <w:rPr>
                <w:b w:val="0"/>
                <w:i w:val="0"/>
                <w:sz w:val="20"/>
                <w:szCs w:val="20"/>
              </w:rPr>
              <w:t xml:space="preserve">; मार्गदर्शिका, </w:t>
            </w:r>
            <w:hyperlink r:id="rId32">
              <w:r>
                <w:rPr>
                  <w:b w:val="0"/>
                  <w:i w:val="0"/>
                  <w:color w:val="1F4E9E"/>
                  <w:sz w:val="20"/>
                  <w:szCs w:val="20"/>
                  <w:u w:val="single"/>
                </w:rPr>
                <w:t>पृष्ठ 44</w:t>
              </w:r>
            </w:hyperlink>
            <w:r>
              <w:rPr>
                <w:b w:val="0"/>
                <w:i w:val="0"/>
                <w:sz w:val="20"/>
                <w:szCs w:val="20"/>
              </w:rPr>
              <w:t>, अध्याय-7, बिन्दु 12, 13</w:t>
            </w:r>
          </w:p>
        </w:tc>
      </w:tr>
      <w:tr>
        <w:trPr>
          <w:cantSplit/>
        </w:trPr>
        <w:tc>
          <w:tcPr>
            <w:tcW w:type="dxa" w:w="1417"/>
            <w:vMerge/>
          </w:tcPr>
          <w:p/>
        </w:tc>
        <w:tc>
          <w:tcPr>
            <w:tcW w:type="dxa" w:w="1417"/>
            <w:vMerge/>
          </w:tcPr>
          <w:p/>
        </w:tc>
        <w:tc>
          <w:tcPr>
            <w:tcW w:type="dxa" w:w="1474"/>
          </w:tcPr>
          <w:p>
            <w:pPr>
              <w:spacing w:after="20"/>
            </w:pPr>
            <w:r>
              <w:rPr>
                <w:b w:val="0"/>
                <w:i w:val="0"/>
                <w:sz w:val="20"/>
                <w:szCs w:val="20"/>
              </w:rPr>
            </w:r>
          </w:p>
        </w:tc>
        <w:tc>
          <w:tcPr>
            <w:tcW w:type="dxa" w:w="8277"/>
          </w:tcPr>
          <w:p>
            <w:pPr>
              <w:spacing w:after="20"/>
            </w:pPr>
            <w:r>
              <w:rPr>
                <w:b w:val="0"/>
                <w:i w:val="0"/>
                <w:sz w:val="20"/>
                <w:szCs w:val="20"/>
              </w:rPr>
              <w:t>कार्यवाही का विवरण रिटर्निंग अधिकारी लिखेंगे।</w:t>
            </w:r>
          </w:p>
        </w:tc>
        <w:tc>
          <w:tcPr>
            <w:tcW w:type="dxa" w:w="2551"/>
          </w:tcPr>
          <w:p>
            <w:pPr>
              <w:spacing w:after="20"/>
            </w:pPr>
            <w:hyperlink r:id="rId30">
              <w:r>
                <w:rPr>
                  <w:b w:val="0"/>
                  <w:i w:val="0"/>
                  <w:color w:val="1F4E9E"/>
                  <w:sz w:val="20"/>
                  <w:szCs w:val="20"/>
                  <w:u w:val="single"/>
                </w:rPr>
                <w:t>नियम 66(9)</w:t>
              </w:r>
            </w:hyperlink>
          </w:p>
        </w:tc>
      </w:tr>
      <w:tr>
        <w:trPr>
          <w:cantSplit/>
        </w:trPr>
        <w:tc>
          <w:tcPr>
            <w:tcW w:type="dxa" w:w="1417"/>
            <w:vMerge/>
          </w:tcPr>
          <w:p/>
        </w:tc>
        <w:tc>
          <w:tcPr>
            <w:tcW w:type="dxa" w:w="1417"/>
            <w:vMerge/>
          </w:tcPr>
          <w:p/>
        </w:tc>
        <w:tc>
          <w:tcPr>
            <w:tcW w:type="dxa" w:w="1474"/>
          </w:tcPr>
          <w:p>
            <w:pPr>
              <w:spacing w:after="20"/>
            </w:pPr>
            <w:r>
              <w:rPr>
                <w:b w:val="0"/>
                <w:i w:val="0"/>
                <w:sz w:val="20"/>
                <w:szCs w:val="20"/>
              </w:rPr>
              <w:t>सब काम पूरा</w:t>
            </w:r>
          </w:p>
          <w:p>
            <w:pPr>
              <w:spacing w:after="20"/>
            </w:pPr>
            <w:r>
              <w:rPr>
                <w:b w:val="0"/>
                <w:i w:val="0"/>
                <w:sz w:val="20"/>
                <w:szCs w:val="20"/>
              </w:rPr>
              <w:t>होने पर</w:t>
            </w:r>
          </w:p>
        </w:tc>
        <w:tc>
          <w:tcPr>
            <w:tcW w:type="dxa" w:w="8277"/>
          </w:tcPr>
          <w:p>
            <w:pPr>
              <w:spacing w:after="20"/>
            </w:pPr>
            <w:r>
              <w:rPr>
                <w:b w:val="0"/>
                <w:i w:val="0"/>
                <w:sz w:val="20"/>
                <w:szCs w:val="20"/>
              </w:rPr>
              <w:t>सारा रिकॉर्ड परिशिष्ट-15 के लिफ़ाफ़ों में; सील होने वाले लिफ़ाफ़े सील करके, ज़िला निर्वाचन अधिकारी के अधिकृत अधिकारियों को सौंपिए, और रसीद लीजिए।</w:t>
            </w:r>
          </w:p>
        </w:tc>
        <w:tc>
          <w:tcPr>
            <w:tcW w:type="dxa" w:w="2551"/>
          </w:tcPr>
          <w:p>
            <w:pPr>
              <w:spacing w:after="20"/>
            </w:pPr>
            <w:r>
              <w:rPr>
                <w:b w:val="0"/>
                <w:i w:val="0"/>
                <w:sz w:val="20"/>
                <w:szCs w:val="20"/>
              </w:rPr>
              <w:t xml:space="preserve">मार्गदर्शिका, </w:t>
            </w:r>
            <w:hyperlink r:id="rId27">
              <w:r>
                <w:rPr>
                  <w:b w:val="0"/>
                  <w:i w:val="0"/>
                  <w:color w:val="1F4E9E"/>
                  <w:sz w:val="20"/>
                  <w:szCs w:val="20"/>
                  <w:u w:val="single"/>
                </w:rPr>
                <w:t>पृष्ठ 39-40</w:t>
              </w:r>
            </w:hyperlink>
            <w:r>
              <w:rPr>
                <w:b w:val="0"/>
                <w:i w:val="0"/>
                <w:sz w:val="20"/>
                <w:szCs w:val="20"/>
              </w:rPr>
              <w:t>, बिन्दु 23, 24(iv)</w:t>
            </w:r>
          </w:p>
        </w:tc>
      </w:tr>
    </w:tbl>
    <w:p>
      <w:pPr>
        <w:spacing w:after="40"/>
      </w:pPr>
    </w:p>
    <w:p>
      <w:pPr>
        <w:spacing w:after="0"/>
      </w:pPr>
      <w:r>
        <w:rPr>
          <w:b w:val="0"/>
          <w:i w:val="0"/>
          <w:sz w:val="17"/>
          <w:szCs w:val="17"/>
        </w:rPr>
        <w:t>जानकारी के लिए: ज़िला परिषद और पंचायत समिति सदस्यों की गिनती 20.11.2026 (शुक्रवार) सुबह 8:00 बजे, ज़िला मुख्यालय पर (कार्यक्रम 9836)।</w:t>
      </w:r>
    </w:p>
    <w:p>
      <w:pPr>
        <w:sectPr>
          <w:footerReference w:type="default" r:id="rId33"/>
          <w:pgSz w:w="16838" w:h="11906" w:orient="landscape"/>
          <w:pgMar w:top="737" w:right="850" w:bottom="737" w:left="850" w:header="720" w:footer="340" w:gutter="0"/>
          <w:cols w:space="720" w:num="1" w:sep="0"/>
          <w:docGrid w:linePitch="360"/>
        </w:sectPr>
      </w:pPr>
    </w:p>
    <w:p>
      <w:pPr>
        <w:spacing w:after="0"/>
        <w:jc w:val="center"/>
      </w:pPr>
      <w:r>
        <w:rPr>
          <w:b/>
          <w:bCs/>
          <w:i w:val="0"/>
          <w:sz w:val="22"/>
          <w:szCs w:val="22"/>
        </w:rPr>
        <w:t>कार्यालय रिटर्निंग अधिकारी, ग्राम पंचायत ....................   पंचायत समिति ....................   ज़िला ....................</w:t>
      </w:r>
    </w:p>
    <w:p>
      <w:pPr>
        <w:pBdr>
          <w:bottom w:val="single" w:sz="12" w:space="4" w:color="000000"/>
        </w:pBdr>
        <w:spacing w:after="80"/>
        <w:jc w:val="center"/>
      </w:pPr>
      <w:r>
        <w:rPr>
          <w:b w:val="0"/>
          <w:i w:val="0"/>
          <w:sz w:val="19"/>
          <w:szCs w:val="19"/>
        </w:rPr>
        <w:t>पंचायती राज संस्थाओं के आम चुनाव 2026: सरपंच एवं वार्ड पंच</w:t>
      </w:r>
    </w:p>
    <w:p>
      <w:pPr>
        <w:spacing w:after="0"/>
        <w:jc w:val="center"/>
      </w:pPr>
      <w:r>
        <w:rPr>
          <w:b/>
          <w:bCs/>
          <w:i w:val="0"/>
          <w:sz w:val="28"/>
          <w:szCs w:val="28"/>
        </w:rPr>
        <w:t>सूचनाएँ चस्पा करने की चेकलिस्ट और समय सारणी</w:t>
      </w:r>
    </w:p>
    <w:p>
      <w:pPr>
        <w:spacing w:after="0"/>
        <w:jc w:val="center"/>
      </w:pPr>
      <w:r>
        <w:rPr>
          <w:b w:val="0"/>
          <w:i w:val="0"/>
          <w:sz w:val="19"/>
          <w:szCs w:val="19"/>
        </w:rPr>
        <w:t>रिटर्निंग अधिकारी, बालोतरा ज़िला: पंच, सरपंच और उप-सरपंच का चुनाव, तीसरा और चौथा चरण</w:t>
      </w:r>
    </w:p>
    <w:p>
      <w:pPr>
        <w:spacing w:after="80"/>
        <w:jc w:val="center"/>
      </w:pPr>
      <w:r>
        <w:rPr>
          <w:b w:val="0"/>
          <w:i/>
          <w:sz w:val="17"/>
          <w:szCs w:val="17"/>
        </w:rPr>
        <w:t>सुझाई गई मॉडल कार्यालय शीट; आयोग का निर्धारित प्ररूप नहीं।</w:t>
      </w:r>
    </w:p>
    <w:p>
      <w:pPr>
        <w:spacing w:after="80"/>
      </w:pPr>
      <w:r>
        <w:rPr>
          <w:b w:val="0"/>
          <w:i w:val="0"/>
          <w:sz w:val="17"/>
          <w:szCs w:val="17"/>
        </w:rPr>
        <w:t xml:space="preserve">चुनाव कार्यक्रम की तय तारीख़ पर लगनी है: ज़िला निर्वाचन अधिकारी की लोक सूचना (नियम 23 सपठित नियम 56), तीसरा चरण 19.10.2026, चौथा चरण 31.10.2026; पंचायत के सूचना पट्ट पर, और पंचायत के हर वार्ड में एक सहज दृश्य जगह पर (आयोग का आदेश क्रमांक </w:t>
      </w:r>
      <w:hyperlink r:id="rId16">
        <w:r>
          <w:rPr>
            <w:b w:val="0"/>
            <w:i w:val="0"/>
            <w:color w:val="1F4E9E"/>
            <w:sz w:val="17"/>
            <w:szCs w:val="17"/>
            <w:u w:val="single"/>
          </w:rPr>
          <w:t>एफ.7(1)(3)पंचा/रानिआ/2014-15/6251</w:t>
        </w:r>
      </w:hyperlink>
      <w:r>
        <w:rPr>
          <w:b w:val="0"/>
          <w:i w:val="0"/>
          <w:sz w:val="17"/>
          <w:szCs w:val="17"/>
        </w:rPr>
        <w:t>, दिनांक 26.12.2019, बिन्दु 6)। ग्राम पंचायत पहुँचते ही देख लीजिए कि लगी है (सुझाव)।</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892"/>
        <w:gridCol w:w="1892"/>
        <w:gridCol w:w="1892"/>
        <w:gridCol w:w="1892"/>
        <w:gridCol w:w="1892"/>
        <w:gridCol w:w="1892"/>
        <w:gridCol w:w="1892"/>
        <w:gridCol w:w="1892"/>
      </w:tblGrid>
      <w:tr>
        <w:trPr>
          <w:cantSplit/>
          <w:tblHeader/>
        </w:trPr>
        <w:tc>
          <w:tcPr>
            <w:tcW w:type="dxa" w:w="454"/>
            <w:shd w:val="clear" w:color="auto" w:fill="BFBFBF"/>
            <w:vAlign w:val="center"/>
          </w:tcPr>
          <w:p>
            <w:pPr>
              <w:spacing w:after="20"/>
              <w:jc w:val="center"/>
            </w:pPr>
            <w:r>
              <w:rPr>
                <w:b/>
                <w:bCs/>
                <w:i w:val="0"/>
                <w:sz w:val="18"/>
                <w:szCs w:val="18"/>
              </w:rPr>
              <w:t>क्र.</w:t>
            </w:r>
          </w:p>
        </w:tc>
        <w:tc>
          <w:tcPr>
            <w:tcW w:type="dxa" w:w="2835"/>
            <w:shd w:val="clear" w:color="auto" w:fill="BFBFBF"/>
            <w:vAlign w:val="center"/>
          </w:tcPr>
          <w:p>
            <w:pPr>
              <w:spacing w:after="20"/>
              <w:jc w:val="center"/>
            </w:pPr>
            <w:r>
              <w:rPr>
                <w:b/>
                <w:bCs/>
                <w:i w:val="0"/>
                <w:sz w:val="18"/>
                <w:szCs w:val="18"/>
              </w:rPr>
              <w:t>सूचना</w:t>
            </w:r>
          </w:p>
        </w:tc>
        <w:tc>
          <w:tcPr>
            <w:tcW w:type="dxa" w:w="4706"/>
            <w:shd w:val="clear" w:color="auto" w:fill="BFBFBF"/>
            <w:vAlign w:val="center"/>
          </w:tcPr>
          <w:p>
            <w:pPr>
              <w:spacing w:after="20"/>
              <w:jc w:val="center"/>
            </w:pPr>
            <w:r>
              <w:rPr>
                <w:b/>
                <w:bCs/>
                <w:i w:val="0"/>
                <w:sz w:val="18"/>
                <w:szCs w:val="18"/>
              </w:rPr>
              <w:t>कहाँ लगाएँ</w:t>
            </w:r>
          </w:p>
        </w:tc>
        <w:tc>
          <w:tcPr>
            <w:tcW w:type="dxa" w:w="1134"/>
            <w:shd w:val="clear" w:color="auto" w:fill="BFBFBF"/>
            <w:vAlign w:val="center"/>
          </w:tcPr>
          <w:p>
            <w:pPr>
              <w:spacing w:after="20"/>
              <w:jc w:val="center"/>
            </w:pPr>
            <w:r>
              <w:rPr>
                <w:b/>
                <w:bCs/>
                <w:i w:val="0"/>
                <w:sz w:val="18"/>
                <w:szCs w:val="18"/>
              </w:rPr>
              <w:t>तीसरा चरण</w:t>
            </w:r>
          </w:p>
        </w:tc>
        <w:tc>
          <w:tcPr>
            <w:tcW w:type="dxa" w:w="1134"/>
            <w:shd w:val="clear" w:color="auto" w:fill="BFBFBF"/>
            <w:vAlign w:val="center"/>
          </w:tcPr>
          <w:p>
            <w:pPr>
              <w:spacing w:after="20"/>
              <w:jc w:val="center"/>
            </w:pPr>
            <w:r>
              <w:rPr>
                <w:b/>
                <w:bCs/>
                <w:i w:val="0"/>
                <w:sz w:val="18"/>
                <w:szCs w:val="18"/>
              </w:rPr>
              <w:t>चौथा चरण</w:t>
            </w:r>
          </w:p>
        </w:tc>
        <w:tc>
          <w:tcPr>
            <w:tcW w:type="dxa" w:w="1871"/>
            <w:shd w:val="clear" w:color="auto" w:fill="BFBFBF"/>
            <w:vAlign w:val="center"/>
          </w:tcPr>
          <w:p>
            <w:pPr>
              <w:spacing w:after="20"/>
              <w:jc w:val="center"/>
            </w:pPr>
            <w:r>
              <w:rPr>
                <w:b/>
                <w:bCs/>
                <w:i w:val="0"/>
                <w:sz w:val="18"/>
                <w:szCs w:val="18"/>
              </w:rPr>
              <w:t>समय</w:t>
            </w:r>
          </w:p>
        </w:tc>
        <w:tc>
          <w:tcPr>
            <w:tcW w:type="dxa" w:w="1871"/>
            <w:shd w:val="clear" w:color="auto" w:fill="BFBFBF"/>
            <w:vAlign w:val="center"/>
          </w:tcPr>
          <w:p>
            <w:pPr>
              <w:spacing w:after="20"/>
              <w:jc w:val="center"/>
            </w:pPr>
            <w:r>
              <w:rPr>
                <w:b/>
                <w:bCs/>
                <w:i w:val="0"/>
                <w:sz w:val="18"/>
                <w:szCs w:val="18"/>
              </w:rPr>
              <w:t>आधार</w:t>
            </w:r>
          </w:p>
        </w:tc>
        <w:tc>
          <w:tcPr>
            <w:tcW w:type="dxa" w:w="1134"/>
            <w:shd w:val="clear" w:color="auto" w:fill="BFBFBF"/>
            <w:vAlign w:val="center"/>
          </w:tcPr>
          <w:p>
            <w:pPr>
              <w:spacing w:after="20"/>
              <w:jc w:val="center"/>
            </w:pPr>
            <w:r>
              <w:rPr>
                <w:b/>
                <w:bCs/>
                <w:i w:val="0"/>
                <w:sz w:val="18"/>
                <w:szCs w:val="18"/>
              </w:rPr>
              <w:t>लगाया: समय और हस्ताक्षर</w:t>
            </w:r>
          </w:p>
        </w:tc>
      </w:tr>
      <w:tr>
        <w:trPr>
          <w:cantSplit/>
          <w:trHeight w:val="567" w:hRule="atLeast"/>
        </w:trPr>
        <w:tc>
          <w:tcPr>
            <w:tcW w:type="dxa" w:w="454"/>
          </w:tcPr>
          <w:p>
            <w:pPr>
              <w:spacing w:after="20"/>
            </w:pPr>
            <w:r>
              <w:rPr>
                <w:b w:val="0"/>
                <w:i w:val="0"/>
                <w:sz w:val="18"/>
                <w:szCs w:val="18"/>
              </w:rPr>
              <w:t>1</w:t>
            </w:r>
          </w:p>
        </w:tc>
        <w:tc>
          <w:tcPr>
            <w:tcW w:type="dxa" w:w="2835"/>
          </w:tcPr>
          <w:p>
            <w:pPr>
              <w:spacing w:after="20"/>
            </w:pPr>
            <w:r>
              <w:rPr>
                <w:b w:val="0"/>
                <w:i w:val="0"/>
                <w:sz w:val="18"/>
                <w:szCs w:val="18"/>
              </w:rPr>
              <w:t>मतदान केन्द्र किन भवनों में हैं: नियम 30(3) की सूचना (रिटर्निंग अधिकारी बनाकर प्रकाशित करेंगे), और उसके छपे लेबल</w:t>
            </w:r>
          </w:p>
        </w:tc>
        <w:tc>
          <w:tcPr>
            <w:tcW w:type="dxa" w:w="4706"/>
          </w:tcPr>
          <w:p>
            <w:pPr>
              <w:spacing w:after="20"/>
            </w:pPr>
            <w:r>
              <w:rPr>
                <w:b w:val="0"/>
                <w:i w:val="0"/>
                <w:sz w:val="18"/>
                <w:szCs w:val="18"/>
              </w:rPr>
              <w:t>पंचायत कार्यालय के नोटिस बोर्ड पर; पंचायत कार्यालय न हो, तो मतदान केन्द्र के भवन पर। छपे लेबल: पंचायत कार्यालय की जगह या मतदान केन्द्र पर चिपकाइए। छपा नोटिस (परिशिष्ट-33) सामग्री में आता है: हर मतदान बूथ के लिए 1, और पंचायत कार्यालय पर लगाने को 1 अतिरिक्त।</w:t>
            </w:r>
          </w:p>
        </w:tc>
        <w:tc>
          <w:tcPr>
            <w:tcW w:type="dxa" w:w="1134"/>
          </w:tcPr>
          <w:p>
            <w:pPr>
              <w:spacing w:after="20"/>
            </w:pPr>
            <w:r>
              <w:rPr>
                <w:b w:val="0"/>
                <w:i w:val="0"/>
                <w:sz w:val="18"/>
                <w:szCs w:val="18"/>
              </w:rPr>
              <w:t>मतदान से कुछ दिन पहले</w:t>
            </w:r>
          </w:p>
        </w:tc>
        <w:tc>
          <w:tcPr>
            <w:tcW w:type="dxa" w:w="1134"/>
          </w:tcPr>
          <w:p>
            <w:pPr>
              <w:spacing w:after="20"/>
            </w:pPr>
            <w:r>
              <w:rPr>
                <w:b w:val="0"/>
                <w:i w:val="0"/>
                <w:sz w:val="18"/>
                <w:szCs w:val="18"/>
              </w:rPr>
              <w:t>मतदान से कुछ दिन पहले</w:t>
            </w:r>
          </w:p>
        </w:tc>
        <w:tc>
          <w:tcPr>
            <w:tcW w:type="dxa" w:w="1871"/>
          </w:tcPr>
          <w:p>
            <w:pPr>
              <w:spacing w:after="20"/>
            </w:pPr>
            <w:r>
              <w:rPr>
                <w:b w:val="0"/>
                <w:i w:val="0"/>
                <w:sz w:val="18"/>
                <w:szCs w:val="18"/>
              </w:rPr>
              <w:t>छपे लेबल: ग्राम पंचायत पहुँचते ही</w:t>
            </w:r>
          </w:p>
        </w:tc>
        <w:tc>
          <w:tcPr>
            <w:tcW w:type="dxa" w:w="1871"/>
          </w:tcPr>
          <w:p>
            <w:pPr>
              <w:spacing w:after="20"/>
            </w:pPr>
            <w:r>
              <w:rPr>
                <w:b w:val="0"/>
                <w:i w:val="0"/>
                <w:sz w:val="18"/>
                <w:szCs w:val="18"/>
              </w:rPr>
              <w:t xml:space="preserve">मार्गदर्शिका, </w:t>
            </w:r>
            <w:hyperlink r:id="rId34">
              <w:r>
                <w:rPr>
                  <w:b w:val="0"/>
                  <w:i w:val="0"/>
                  <w:color w:val="1F4E9E"/>
                  <w:sz w:val="18"/>
                  <w:szCs w:val="18"/>
                  <w:u w:val="single"/>
                </w:rPr>
                <w:t>पृष्ठ 3</w:t>
              </w:r>
            </w:hyperlink>
            <w:r>
              <w:rPr>
                <w:b w:val="0"/>
                <w:i w:val="0"/>
                <w:sz w:val="18"/>
                <w:szCs w:val="18"/>
              </w:rPr>
              <w:t xml:space="preserve">, बिन्दु 7; </w:t>
            </w:r>
            <w:hyperlink r:id="rId20">
              <w:r>
                <w:rPr>
                  <w:b w:val="0"/>
                  <w:i w:val="0"/>
                  <w:color w:val="1F4E9E"/>
                  <w:sz w:val="18"/>
                  <w:szCs w:val="18"/>
                  <w:u w:val="single"/>
                </w:rPr>
                <w:t>पृष्ठ 7</w:t>
              </w:r>
            </w:hyperlink>
            <w:r>
              <w:rPr>
                <w:b w:val="0"/>
                <w:i w:val="0"/>
                <w:sz w:val="18"/>
                <w:szCs w:val="18"/>
              </w:rPr>
              <w:t>, अध्याय-3, बिन्दु 4, 4(i); परिशिष्ट-7, क्र. 9 (</w:t>
            </w:r>
            <w:hyperlink r:id="rId35">
              <w:r>
                <w:rPr>
                  <w:b w:val="0"/>
                  <w:i w:val="0"/>
                  <w:color w:val="1F4E9E"/>
                  <w:sz w:val="18"/>
                  <w:szCs w:val="18"/>
                  <w:u w:val="single"/>
                </w:rPr>
                <w:t>पृष्ठ 93</w:t>
              </w:r>
            </w:hyperlink>
            <w:r>
              <w:rPr>
                <w:b w:val="0"/>
                <w:i w:val="0"/>
                <w:sz w:val="18"/>
                <w:szCs w:val="18"/>
              </w:rPr>
              <w:t>); परिशिष्ट-33 (</w:t>
            </w:r>
            <w:hyperlink r:id="rId36">
              <w:r>
                <w:rPr>
                  <w:b w:val="0"/>
                  <w:i w:val="0"/>
                  <w:color w:val="1F4E9E"/>
                  <w:sz w:val="18"/>
                  <w:szCs w:val="18"/>
                  <w:u w:val="single"/>
                </w:rPr>
                <w:t>पृष्ठ 139</w:t>
              </w:r>
            </w:hyperlink>
            <w:r>
              <w:rPr>
                <w:b w:val="0"/>
                <w:i w:val="0"/>
                <w:sz w:val="18"/>
                <w:szCs w:val="18"/>
              </w:rPr>
              <w:t>)</w:t>
            </w:r>
          </w:p>
        </w:tc>
        <w:tc>
          <w:tcPr>
            <w:tcW w:type="dxa" w:w="1134"/>
          </w:tcPr>
          <w:p>
            <w:pPr>
              <w:spacing w:after="20"/>
            </w:pPr>
            <w:r>
              <w:rPr>
                <w:b w:val="0"/>
                <w:i w:val="0"/>
                <w:sz w:val="18"/>
                <w:szCs w:val="18"/>
              </w:rPr>
            </w:r>
          </w:p>
        </w:tc>
      </w:tr>
      <w:tr>
        <w:trPr>
          <w:cantSplit/>
          <w:trHeight w:val="567" w:hRule="atLeast"/>
        </w:trPr>
        <w:tc>
          <w:tcPr>
            <w:tcW w:type="dxa" w:w="454"/>
          </w:tcPr>
          <w:p>
            <w:pPr>
              <w:spacing w:after="20"/>
            </w:pPr>
            <w:r>
              <w:rPr>
                <w:b w:val="0"/>
                <w:i w:val="0"/>
                <w:sz w:val="18"/>
                <w:szCs w:val="18"/>
              </w:rPr>
              <w:t>2</w:t>
            </w:r>
          </w:p>
        </w:tc>
        <w:tc>
          <w:tcPr>
            <w:tcW w:type="dxa" w:w="2835"/>
          </w:tcPr>
          <w:p>
            <w:pPr>
              <w:spacing w:after="20"/>
            </w:pPr>
            <w:r>
              <w:rPr>
                <w:b w:val="0"/>
                <w:i w:val="0"/>
                <w:sz w:val="18"/>
                <w:szCs w:val="18"/>
              </w:rPr>
              <w:t>उपाबन्ध-I-B (परिशिष्ट 6-D), सिर्फ़ सरपंच पद के अभ्यर्थियों का; सबकी जानकारी के लिए</w:t>
            </w:r>
          </w:p>
        </w:tc>
        <w:tc>
          <w:tcPr>
            <w:tcW w:type="dxa" w:w="4706"/>
          </w:tcPr>
          <w:p>
            <w:pPr>
              <w:spacing w:after="20"/>
            </w:pPr>
            <w:r>
              <w:rPr>
                <w:b w:val="0"/>
                <w:i w:val="0"/>
                <w:sz w:val="18"/>
                <w:szCs w:val="18"/>
              </w:rPr>
              <w:t>नोटिस बोर्ड पर एक प्रति।</w:t>
            </w:r>
          </w:p>
        </w:tc>
        <w:tc>
          <w:tcPr>
            <w:tcW w:type="dxa" w:w="1134"/>
          </w:tcPr>
          <w:p>
            <w:pPr>
              <w:spacing w:after="20"/>
            </w:pPr>
            <w:r>
              <w:rPr>
                <w:b w:val="0"/>
                <w:i w:val="0"/>
                <w:sz w:val="18"/>
                <w:szCs w:val="18"/>
              </w:rPr>
              <w:t>04.11.2026</w:t>
            </w:r>
          </w:p>
          <w:p>
            <w:pPr>
              <w:spacing w:after="20"/>
            </w:pPr>
            <w:r>
              <w:rPr>
                <w:b w:val="0"/>
                <w:i w:val="0"/>
                <w:sz w:val="18"/>
                <w:szCs w:val="18"/>
              </w:rPr>
              <w:t>बुधवार</w:t>
            </w:r>
          </w:p>
        </w:tc>
        <w:tc>
          <w:tcPr>
            <w:tcW w:type="dxa" w:w="1134"/>
          </w:tcPr>
          <w:p>
            <w:pPr>
              <w:spacing w:after="20"/>
            </w:pPr>
            <w:r>
              <w:rPr>
                <w:b w:val="0"/>
                <w:i w:val="0"/>
                <w:sz w:val="18"/>
                <w:szCs w:val="18"/>
              </w:rPr>
              <w:t>15.11.2026</w:t>
            </w:r>
          </w:p>
          <w:p>
            <w:pPr>
              <w:spacing w:after="20"/>
            </w:pPr>
            <w:r>
              <w:rPr>
                <w:b w:val="0"/>
                <w:i w:val="0"/>
                <w:sz w:val="18"/>
                <w:szCs w:val="18"/>
              </w:rPr>
              <w:t>रविवार</w:t>
            </w:r>
          </w:p>
        </w:tc>
        <w:tc>
          <w:tcPr>
            <w:tcW w:type="dxa" w:w="1871"/>
          </w:tcPr>
          <w:p>
            <w:pPr>
              <w:spacing w:after="20"/>
            </w:pPr>
            <w:r>
              <w:rPr>
                <w:b w:val="0"/>
                <w:i w:val="0"/>
                <w:sz w:val="18"/>
                <w:szCs w:val="18"/>
              </w:rPr>
              <w:t>नाम निर्देशन पत्र के साथ मिलते ही (सुझाव)</w:t>
            </w:r>
          </w:p>
        </w:tc>
        <w:tc>
          <w:tcPr>
            <w:tcW w:type="dxa" w:w="1871"/>
          </w:tcPr>
          <w:p>
            <w:pPr>
              <w:spacing w:after="20"/>
            </w:pPr>
            <w:r>
              <w:rPr>
                <w:b w:val="0"/>
                <w:i w:val="0"/>
                <w:sz w:val="18"/>
                <w:szCs w:val="18"/>
              </w:rPr>
              <w:t xml:space="preserve">मार्गदर्शिका, </w:t>
            </w:r>
            <w:hyperlink r:id="rId37">
              <w:r>
                <w:rPr>
                  <w:b w:val="0"/>
                  <w:i w:val="0"/>
                  <w:color w:val="1F4E9E"/>
                  <w:sz w:val="18"/>
                  <w:szCs w:val="18"/>
                  <w:u w:val="single"/>
                </w:rPr>
                <w:t>पृष्ठ 33</w:t>
              </w:r>
            </w:hyperlink>
            <w:r>
              <w:rPr>
                <w:b w:val="0"/>
                <w:i w:val="0"/>
                <w:sz w:val="18"/>
                <w:szCs w:val="18"/>
              </w:rPr>
              <w:t>, बिन्दु 7</w:t>
            </w:r>
          </w:p>
        </w:tc>
        <w:tc>
          <w:tcPr>
            <w:tcW w:type="dxa" w:w="1134"/>
          </w:tcPr>
          <w:p>
            <w:pPr>
              <w:spacing w:after="20"/>
            </w:pPr>
            <w:r>
              <w:rPr>
                <w:b w:val="0"/>
                <w:i w:val="0"/>
                <w:sz w:val="18"/>
                <w:szCs w:val="18"/>
              </w:rPr>
            </w:r>
          </w:p>
        </w:tc>
      </w:tr>
      <w:tr>
        <w:trPr>
          <w:cantSplit/>
          <w:trHeight w:val="567" w:hRule="atLeast"/>
        </w:trPr>
        <w:tc>
          <w:tcPr>
            <w:tcW w:type="dxa" w:w="454"/>
          </w:tcPr>
          <w:p>
            <w:pPr>
              <w:spacing w:after="20"/>
            </w:pPr>
            <w:r>
              <w:rPr>
                <w:b w:val="0"/>
                <w:i w:val="0"/>
                <w:sz w:val="18"/>
                <w:szCs w:val="18"/>
              </w:rPr>
              <w:t>3</w:t>
            </w:r>
          </w:p>
        </w:tc>
        <w:tc>
          <w:tcPr>
            <w:tcW w:type="dxa" w:w="2835"/>
          </w:tcPr>
          <w:p>
            <w:pPr>
              <w:spacing w:after="20"/>
            </w:pPr>
            <w:r>
              <w:rPr>
                <w:b w:val="0"/>
                <w:i w:val="0"/>
                <w:sz w:val="18"/>
                <w:szCs w:val="18"/>
              </w:rPr>
              <w:t>नाम वापसी की हर सूचना</w:t>
            </w:r>
          </w:p>
        </w:tc>
        <w:tc>
          <w:tcPr>
            <w:tcW w:type="dxa" w:w="4706"/>
          </w:tcPr>
          <w:p>
            <w:pPr>
              <w:spacing w:after="20"/>
            </w:pPr>
            <w:r>
              <w:rPr>
                <w:b w:val="0"/>
                <w:i w:val="0"/>
                <w:sz w:val="18"/>
                <w:szCs w:val="18"/>
              </w:rPr>
              <w:t>एक प्रति पंचायत कार्यालय के नोटिस बोर्ड पर; पंचायत कार्यालय न हो, तो ग्राम पंचायत मुख्यालय पर किसी प्रमुख जगह।</w:t>
            </w:r>
          </w:p>
        </w:tc>
        <w:tc>
          <w:tcPr>
            <w:tcW w:type="dxa" w:w="1134"/>
          </w:tcPr>
          <w:p>
            <w:pPr>
              <w:spacing w:after="20"/>
            </w:pPr>
            <w:r>
              <w:rPr>
                <w:b w:val="0"/>
                <w:i w:val="0"/>
                <w:sz w:val="18"/>
                <w:szCs w:val="18"/>
              </w:rPr>
              <w:t>04.11.2026</w:t>
            </w:r>
          </w:p>
          <w:p>
            <w:pPr>
              <w:spacing w:after="20"/>
            </w:pPr>
            <w:r>
              <w:rPr>
                <w:b w:val="0"/>
                <w:i w:val="0"/>
                <w:sz w:val="18"/>
                <w:szCs w:val="18"/>
              </w:rPr>
              <w:t>बुधवार</w:t>
            </w:r>
          </w:p>
        </w:tc>
        <w:tc>
          <w:tcPr>
            <w:tcW w:type="dxa" w:w="1134"/>
          </w:tcPr>
          <w:p>
            <w:pPr>
              <w:spacing w:after="20"/>
            </w:pPr>
            <w:r>
              <w:rPr>
                <w:b w:val="0"/>
                <w:i w:val="0"/>
                <w:sz w:val="18"/>
                <w:szCs w:val="18"/>
              </w:rPr>
              <w:t>15.11.2026</w:t>
            </w:r>
          </w:p>
          <w:p>
            <w:pPr>
              <w:spacing w:after="20"/>
            </w:pPr>
            <w:r>
              <w:rPr>
                <w:b w:val="0"/>
                <w:i w:val="0"/>
                <w:sz w:val="18"/>
                <w:szCs w:val="18"/>
              </w:rPr>
              <w:t>रविवार</w:t>
            </w:r>
          </w:p>
        </w:tc>
        <w:tc>
          <w:tcPr>
            <w:tcW w:type="dxa" w:w="1871"/>
          </w:tcPr>
          <w:p>
            <w:pPr>
              <w:spacing w:after="20"/>
            </w:pPr>
            <w:r>
              <w:rPr>
                <w:b w:val="0"/>
                <w:i w:val="0"/>
                <w:sz w:val="18"/>
                <w:szCs w:val="18"/>
              </w:rPr>
              <w:t>सूचना मिलते ही, जितनी जल्दी हो सके (नाम वापसी दोपहर 2:00 बजे तक)</w:t>
            </w:r>
          </w:p>
        </w:tc>
        <w:tc>
          <w:tcPr>
            <w:tcW w:type="dxa" w:w="1871"/>
          </w:tcPr>
          <w:p>
            <w:pPr>
              <w:spacing w:after="20"/>
            </w:pPr>
            <w:r>
              <w:rPr>
                <w:b w:val="0"/>
                <w:i w:val="0"/>
                <w:sz w:val="18"/>
                <w:szCs w:val="18"/>
              </w:rPr>
              <w:t xml:space="preserve">मार्गदर्शिका, </w:t>
            </w:r>
            <w:hyperlink r:id="rId23">
              <w:r>
                <w:rPr>
                  <w:b w:val="0"/>
                  <w:i w:val="0"/>
                  <w:color w:val="1F4E9E"/>
                  <w:sz w:val="18"/>
                  <w:szCs w:val="18"/>
                  <w:u w:val="single"/>
                </w:rPr>
                <w:t>पृष्ठ 36</w:t>
              </w:r>
            </w:hyperlink>
            <w:r>
              <w:rPr>
                <w:b w:val="0"/>
                <w:i w:val="0"/>
                <w:sz w:val="18"/>
                <w:szCs w:val="18"/>
              </w:rPr>
              <w:t xml:space="preserve">, बिन्दु 13(v); नियम 28(4); </w:t>
            </w:r>
            <w:hyperlink r:id="rId11">
              <w:r>
                <w:rPr>
                  <w:b w:val="0"/>
                  <w:i w:val="0"/>
                  <w:color w:val="1F4E9E"/>
                  <w:sz w:val="18"/>
                  <w:szCs w:val="18"/>
                  <w:u w:val="single"/>
                </w:rPr>
                <w:t>कार्यक्रम 9836</w:t>
              </w:r>
            </w:hyperlink>
          </w:p>
        </w:tc>
        <w:tc>
          <w:tcPr>
            <w:tcW w:type="dxa" w:w="1134"/>
          </w:tcPr>
          <w:p>
            <w:pPr>
              <w:spacing w:after="20"/>
            </w:pPr>
            <w:r>
              <w:rPr>
                <w:b w:val="0"/>
                <w:i w:val="0"/>
                <w:sz w:val="18"/>
                <w:szCs w:val="18"/>
              </w:rPr>
            </w:r>
          </w:p>
        </w:tc>
      </w:tr>
      <w:tr>
        <w:trPr>
          <w:cantSplit/>
          <w:trHeight w:val="567" w:hRule="atLeast"/>
        </w:trPr>
        <w:tc>
          <w:tcPr>
            <w:tcW w:type="dxa" w:w="454"/>
          </w:tcPr>
          <w:p>
            <w:pPr>
              <w:spacing w:after="20"/>
            </w:pPr>
            <w:r>
              <w:rPr>
                <w:b w:val="0"/>
                <w:i w:val="0"/>
                <w:sz w:val="18"/>
                <w:szCs w:val="18"/>
              </w:rPr>
              <w:t>4</w:t>
            </w:r>
          </w:p>
        </w:tc>
        <w:tc>
          <w:tcPr>
            <w:tcW w:type="dxa" w:w="2835"/>
          </w:tcPr>
          <w:p>
            <w:pPr>
              <w:spacing w:after="20"/>
            </w:pPr>
            <w:r>
              <w:rPr>
                <w:b w:val="0"/>
                <w:i w:val="0"/>
                <w:sz w:val="18"/>
                <w:szCs w:val="18"/>
              </w:rPr>
              <w:t>चुनाव लड़ने वाले अभ्यर्थियों की सूची, प्ररूप-5: सरपंच की, और हर वार्ड के पंच की अलग; नाम हिन्दी वर्णमाला के क्रम में, और प्रतीक भी उसी क्रम में</w:t>
            </w:r>
          </w:p>
        </w:tc>
        <w:tc>
          <w:tcPr>
            <w:tcW w:type="dxa" w:w="4706"/>
          </w:tcPr>
          <w:p>
            <w:pPr>
              <w:spacing w:after="20"/>
            </w:pPr>
            <w:r>
              <w:rPr>
                <w:b w:val="0"/>
                <w:i w:val="0"/>
                <w:sz w:val="18"/>
                <w:szCs w:val="18"/>
              </w:rPr>
              <w:t>वार्ड में किसी सहज दृश्य जगह पर: सरपंच की सूची हर वार्ड में 1, पंच की सूची उसी वार्ड में 1; पंचायत कार्यालय पर 1; हर अभ्यर्थी को 1।</w:t>
            </w:r>
          </w:p>
          <w:p>
            <w:pPr>
              <w:spacing w:after="20"/>
            </w:pPr>
            <w:r>
              <w:rPr>
                <w:b w:val="0"/>
                <w:i w:val="0"/>
                <w:sz w:val="18"/>
                <w:szCs w:val="18"/>
              </w:rPr>
              <w:t>पूरी पंचायत में सब निर्विरोध चुने जाएँ, तो सिर्फ़ 2 प्रतियाँ: एक पंचायत कार्यालय पर, दूसरी ऑफ़िस कॉपी लिफ़ाफ़े में बंद।</w:t>
            </w:r>
          </w:p>
        </w:tc>
        <w:tc>
          <w:tcPr>
            <w:tcW w:type="dxa" w:w="1134"/>
          </w:tcPr>
          <w:p>
            <w:pPr>
              <w:spacing w:after="20"/>
            </w:pPr>
            <w:r>
              <w:rPr>
                <w:b w:val="0"/>
                <w:i w:val="0"/>
                <w:sz w:val="18"/>
                <w:szCs w:val="18"/>
              </w:rPr>
              <w:t>04.11.2026</w:t>
            </w:r>
          </w:p>
          <w:p>
            <w:pPr>
              <w:spacing w:after="20"/>
            </w:pPr>
            <w:r>
              <w:rPr>
                <w:b w:val="0"/>
                <w:i w:val="0"/>
                <w:sz w:val="18"/>
                <w:szCs w:val="18"/>
              </w:rPr>
              <w:t>बुधवार</w:t>
            </w:r>
          </w:p>
        </w:tc>
        <w:tc>
          <w:tcPr>
            <w:tcW w:type="dxa" w:w="1134"/>
          </w:tcPr>
          <w:p>
            <w:pPr>
              <w:spacing w:after="20"/>
            </w:pPr>
            <w:r>
              <w:rPr>
                <w:b w:val="0"/>
                <w:i w:val="0"/>
                <w:sz w:val="18"/>
                <w:szCs w:val="18"/>
              </w:rPr>
              <w:t>15.11.2026</w:t>
            </w:r>
          </w:p>
          <w:p>
            <w:pPr>
              <w:spacing w:after="20"/>
            </w:pPr>
            <w:r>
              <w:rPr>
                <w:b w:val="0"/>
                <w:i w:val="0"/>
                <w:sz w:val="18"/>
                <w:szCs w:val="18"/>
              </w:rPr>
              <w:t>रविवार</w:t>
            </w:r>
          </w:p>
        </w:tc>
        <w:tc>
          <w:tcPr>
            <w:tcW w:type="dxa" w:w="1871"/>
          </w:tcPr>
          <w:p>
            <w:pPr>
              <w:spacing w:after="20"/>
            </w:pPr>
            <w:r>
              <w:rPr>
                <w:b w:val="0"/>
                <w:i w:val="0"/>
                <w:sz w:val="18"/>
                <w:szCs w:val="18"/>
              </w:rPr>
              <w:t>दोपहर 2:00 बजे के तुरंत बाद</w:t>
            </w:r>
          </w:p>
        </w:tc>
        <w:tc>
          <w:tcPr>
            <w:tcW w:type="dxa" w:w="1871"/>
          </w:tcPr>
          <w:p>
            <w:pPr>
              <w:spacing w:after="20"/>
            </w:pPr>
            <w:r>
              <w:rPr>
                <w:b w:val="0"/>
                <w:i w:val="0"/>
                <w:sz w:val="18"/>
                <w:szCs w:val="18"/>
              </w:rPr>
              <w:t xml:space="preserve">मार्गदर्शिका, </w:t>
            </w:r>
            <w:hyperlink r:id="rId23">
              <w:r>
                <w:rPr>
                  <w:b w:val="0"/>
                  <w:i w:val="0"/>
                  <w:color w:val="1F4E9E"/>
                  <w:sz w:val="18"/>
                  <w:szCs w:val="18"/>
                  <w:u w:val="single"/>
                </w:rPr>
                <w:t>पृष्ठ 36</w:t>
              </w:r>
            </w:hyperlink>
            <w:r>
              <w:rPr>
                <w:b w:val="0"/>
                <w:i w:val="0"/>
                <w:sz w:val="18"/>
                <w:szCs w:val="18"/>
              </w:rPr>
              <w:t xml:space="preserve">, बिन्दु 15; </w:t>
            </w:r>
            <w:hyperlink r:id="rId26">
              <w:r>
                <w:rPr>
                  <w:b w:val="0"/>
                  <w:i w:val="0"/>
                  <w:color w:val="1F4E9E"/>
                  <w:sz w:val="18"/>
                  <w:szCs w:val="18"/>
                  <w:u w:val="single"/>
                </w:rPr>
                <w:t>पृष्ठ 37</w:t>
              </w:r>
            </w:hyperlink>
            <w:r>
              <w:rPr>
                <w:b w:val="0"/>
                <w:i w:val="0"/>
                <w:sz w:val="18"/>
                <w:szCs w:val="18"/>
              </w:rPr>
              <w:t xml:space="preserve">, बिन्दु 16; नियम 29(3); </w:t>
            </w:r>
            <w:hyperlink r:id="rId11">
              <w:r>
                <w:rPr>
                  <w:b w:val="0"/>
                  <w:i w:val="0"/>
                  <w:color w:val="1F4E9E"/>
                  <w:sz w:val="18"/>
                  <w:szCs w:val="18"/>
                  <w:u w:val="single"/>
                </w:rPr>
                <w:t>कार्यक्रम 9836</w:t>
              </w:r>
            </w:hyperlink>
            <w:r>
              <w:rPr>
                <w:b w:val="0"/>
                <w:i w:val="0"/>
                <w:sz w:val="18"/>
                <w:szCs w:val="18"/>
              </w:rPr>
              <w:t xml:space="preserve">; </w:t>
            </w:r>
            <w:hyperlink r:id="rId13">
              <w:r>
                <w:rPr>
                  <w:b w:val="0"/>
                  <w:i w:val="0"/>
                  <w:color w:val="1F4E9E"/>
                  <w:sz w:val="18"/>
                  <w:szCs w:val="18"/>
                  <w:u w:val="single"/>
                </w:rPr>
                <w:t>आदेश 9809</w:t>
              </w:r>
            </w:hyperlink>
          </w:p>
        </w:tc>
        <w:tc>
          <w:tcPr>
            <w:tcW w:type="dxa" w:w="1134"/>
          </w:tcPr>
          <w:p>
            <w:pPr>
              <w:spacing w:after="20"/>
            </w:pPr>
            <w:r>
              <w:rPr>
                <w:b w:val="0"/>
                <w:i w:val="0"/>
                <w:sz w:val="18"/>
                <w:szCs w:val="18"/>
              </w:rPr>
            </w:r>
          </w:p>
        </w:tc>
      </w:tr>
      <w:tr>
        <w:trPr>
          <w:cantSplit/>
          <w:trHeight w:val="567" w:hRule="atLeast"/>
        </w:trPr>
        <w:tc>
          <w:tcPr>
            <w:tcW w:type="dxa" w:w="454"/>
          </w:tcPr>
          <w:p>
            <w:pPr>
              <w:spacing w:after="20"/>
            </w:pPr>
            <w:r>
              <w:rPr>
                <w:b w:val="0"/>
                <w:i w:val="0"/>
                <w:sz w:val="18"/>
                <w:szCs w:val="18"/>
              </w:rPr>
              <w:t>5</w:t>
            </w:r>
          </w:p>
        </w:tc>
        <w:tc>
          <w:tcPr>
            <w:tcW w:type="dxa" w:w="2835"/>
          </w:tcPr>
          <w:p>
            <w:pPr>
              <w:spacing w:after="20"/>
            </w:pPr>
            <w:r>
              <w:rPr>
                <w:b w:val="0"/>
                <w:i w:val="0"/>
                <w:sz w:val="18"/>
                <w:szCs w:val="18"/>
              </w:rPr>
              <w:t>उप-सरपंच की बैठक का नोटिस (परिशिष्ट-29; छपे फ़ॉर्म ज़िला निर्वाचन अधिकारी से), बैठक का समय (सुबह 10:00 बजे) और स्थान लिखकर</w:t>
            </w:r>
          </w:p>
        </w:tc>
        <w:tc>
          <w:tcPr>
            <w:tcW w:type="dxa" w:w="4706"/>
          </w:tcPr>
          <w:p>
            <w:pPr>
              <w:spacing w:after="20"/>
            </w:pPr>
            <w:r>
              <w:rPr>
                <w:b w:val="0"/>
                <w:i w:val="0"/>
                <w:sz w:val="18"/>
                <w:szCs w:val="18"/>
              </w:rPr>
              <w:t>हर चुने हुए पंच और सरपंच को, चाहे वे मौजूद हों या नहीं: ख़ुद तामील कीजिए; न मिलें, तो उनके घर पर चिपकाइए। और पंचायत कार्यालय के नोटिस बोर्ड पर; पंचायत कार्यालय न हो या बैठक कहीं और हो, तो किसी सहज दृश्य जगह पर। जो सरपंच और पंच वहाँ मौजूद हों, उन्हें बता भी दीजिए।</w:t>
            </w:r>
          </w:p>
        </w:tc>
        <w:tc>
          <w:tcPr>
            <w:tcW w:type="dxa" w:w="1134"/>
          </w:tcPr>
          <w:p>
            <w:pPr>
              <w:spacing w:after="20"/>
            </w:pPr>
            <w:r>
              <w:rPr>
                <w:b w:val="0"/>
                <w:i w:val="0"/>
                <w:sz w:val="18"/>
                <w:szCs w:val="18"/>
              </w:rPr>
              <w:t>06.11.2026</w:t>
            </w:r>
          </w:p>
          <w:p>
            <w:pPr>
              <w:spacing w:after="20"/>
            </w:pPr>
            <w:r>
              <w:rPr>
                <w:b w:val="0"/>
                <w:i w:val="0"/>
                <w:sz w:val="18"/>
                <w:szCs w:val="18"/>
              </w:rPr>
              <w:t>शुक्रवार</w:t>
            </w:r>
          </w:p>
        </w:tc>
        <w:tc>
          <w:tcPr>
            <w:tcW w:type="dxa" w:w="1134"/>
          </w:tcPr>
          <w:p>
            <w:pPr>
              <w:spacing w:after="20"/>
            </w:pPr>
            <w:r>
              <w:rPr>
                <w:b w:val="0"/>
                <w:i w:val="0"/>
                <w:sz w:val="18"/>
                <w:szCs w:val="18"/>
              </w:rPr>
              <w:t>17.11.2026</w:t>
            </w:r>
          </w:p>
          <w:p>
            <w:pPr>
              <w:spacing w:after="20"/>
            </w:pPr>
            <w:r>
              <w:rPr>
                <w:b w:val="0"/>
                <w:i w:val="0"/>
                <w:sz w:val="18"/>
                <w:szCs w:val="18"/>
              </w:rPr>
              <w:t>मंगलवार</w:t>
            </w:r>
          </w:p>
        </w:tc>
        <w:tc>
          <w:tcPr>
            <w:tcW w:type="dxa" w:w="1871"/>
          </w:tcPr>
          <w:p>
            <w:pPr>
              <w:spacing w:after="20"/>
            </w:pPr>
            <w:r>
              <w:rPr>
                <w:b w:val="0"/>
                <w:i w:val="0"/>
                <w:sz w:val="18"/>
                <w:szCs w:val="18"/>
              </w:rPr>
              <w:t>सुबह 9:00 बजे से पहले (पत्र 20.10.2026); नियम: मतदान से कम से कम 2 घंटे पहले</w:t>
            </w:r>
          </w:p>
        </w:tc>
        <w:tc>
          <w:tcPr>
            <w:tcW w:type="dxa" w:w="1871"/>
          </w:tcPr>
          <w:p>
            <w:pPr>
              <w:spacing w:after="20"/>
            </w:pPr>
            <w:hyperlink r:id="rId15">
              <w:r>
                <w:rPr>
                  <w:b w:val="0"/>
                  <w:i w:val="0"/>
                  <w:color w:val="1F4E9E"/>
                  <w:sz w:val="18"/>
                  <w:szCs w:val="18"/>
                  <w:u w:val="single"/>
                </w:rPr>
                <w:t>पत्र 20.10.2026</w:t>
              </w:r>
            </w:hyperlink>
            <w:r>
              <w:rPr>
                <w:b w:val="0"/>
                <w:i w:val="0"/>
                <w:sz w:val="18"/>
                <w:szCs w:val="18"/>
              </w:rPr>
              <w:t xml:space="preserve">; मार्गदर्शिका, </w:t>
            </w:r>
            <w:hyperlink r:id="rId28">
              <w:r>
                <w:rPr>
                  <w:b w:val="0"/>
                  <w:i w:val="0"/>
                  <w:color w:val="1F4E9E"/>
                  <w:sz w:val="18"/>
                  <w:szCs w:val="18"/>
                  <w:u w:val="single"/>
                </w:rPr>
                <w:t>पृष्ठ 42</w:t>
              </w:r>
            </w:hyperlink>
            <w:r>
              <w:rPr>
                <w:b w:val="0"/>
                <w:i w:val="0"/>
                <w:sz w:val="18"/>
                <w:szCs w:val="18"/>
              </w:rPr>
              <w:t xml:space="preserve">, अध्याय-7, बिन्दु 4; </w:t>
            </w:r>
            <w:hyperlink r:id="rId30">
              <w:r>
                <w:rPr>
                  <w:b w:val="0"/>
                  <w:i w:val="0"/>
                  <w:color w:val="1F4E9E"/>
                  <w:sz w:val="18"/>
                  <w:szCs w:val="18"/>
                  <w:u w:val="single"/>
                </w:rPr>
                <w:t>नियम 65(2)</w:t>
              </w:r>
            </w:hyperlink>
          </w:p>
        </w:tc>
        <w:tc>
          <w:tcPr>
            <w:tcW w:type="dxa" w:w="1134"/>
          </w:tcPr>
          <w:p>
            <w:pPr>
              <w:spacing w:after="20"/>
            </w:pPr>
            <w:r>
              <w:rPr>
                <w:b w:val="0"/>
                <w:i w:val="0"/>
                <w:sz w:val="18"/>
                <w:szCs w:val="18"/>
              </w:rPr>
            </w:r>
          </w:p>
        </w:tc>
      </w:tr>
    </w:tbl>
    <w:p>
      <w:pPr>
        <w:spacing w:line="269" w:lineRule="auto" w:after="20"/>
        <w:ind w:left="255" w:hanging="255"/>
      </w:pPr>
      <w:r>
        <w:rPr>
          <w:b w:val="0"/>
          <w:i w:val="0"/>
          <w:sz w:val="15"/>
          <w:szCs w:val="15"/>
        </w:rPr>
        <w:t>•</w:t>
        <w:tab/>
        <w:t>परिणाम (प्ररूप-7, परिशिष्ट-10): हस्ताक्षर की हुई प्रति इन पाँच जगह भेजिए: आयुक्त, पंचायतीराज विभाग, शासन सचिवालय, जयपुर; ज़िला निर्वाचन अधिकारी (पंचायत); नव-निर्वाचित सरपंच; पंचायत कार्यालय (यदि कोई हो); पंचायत समिति कार्यालय (मार्गदर्शिका, पृष्ठ 39, बिन्दु 19)।</w:t>
      </w:r>
    </w:p>
    <w:p>
      <w:pPr>
        <w:spacing w:line="269" w:lineRule="auto" w:after="20"/>
        <w:ind w:left="255" w:hanging="255"/>
      </w:pPr>
      <w:r>
        <w:rPr>
          <w:b w:val="0"/>
          <w:i w:val="0"/>
          <w:sz w:val="15"/>
          <w:szCs w:val="15"/>
        </w:rPr>
        <w:t>•</w:t>
        <w:tab/>
        <w:t>तारीख़ें: तीसरा चरण आयोग के पत्र क्रमांक एफ.7(1)(1)/पंचा/रानिआ/2024/10090, दिनांक 06.10.2026 से; चौथा चरण कार्यक्रम 9836 से; उप-सरपंच पत्र 20.10.2026 से। कार्यक्रम 9836 = आयोग का चुनाव कार्यक्रम, क्रमांक एफ.7(1)(1)/पंचा/रानिआ/2024/9836-44, दिनांक 03.10.2026। पत्र 20.10.2026 = आयोग का पत्र क्रमांक एफ. 7(1)(1)/पंचा/रानिआ/2024/स्पे. 1, दिनांक 20.10.2026। नियम = राजस्थान पंचायती राज (निर्वाचन) नियम, 1994। मार्गदर्शिका = मतपेटी वाली मार्गदर्शिका (पृष्ठ = छपा पृष्ठ नंबर)।</w:t>
      </w:r>
    </w:p>
    <w:p>
      <w:pPr>
        <w:sectPr>
          <w:footerReference w:type="default" r:id="rId38"/>
          <w:pgSz w:w="16838" w:h="11906" w:orient="landscape"/>
          <w:pgMar w:top="567" w:right="850" w:bottom="56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ज़रूरी संपर्क नंबर</w:t>
      </w:r>
    </w:p>
    <w:p>
      <w:pPr>
        <w:spacing w:after="40"/>
        <w:jc w:val="center"/>
      </w:pPr>
      <w:r>
        <w:rPr>
          <w:b w:val="0"/>
          <w:i w:val="0"/>
          <w:sz w:val="19"/>
          <w:szCs w:val="19"/>
        </w:rPr>
        <w:t>अधिकारी, कार्यालय, नियंत्रण कक्ष और बूथ के प्रगणक (BLO)। चुनाव से पहले भरकर रिटर्निंग अधिकारी की मेज़ पर रखिए।</w:t>
      </w:r>
    </w:p>
    <w:p>
      <w:pPr>
        <w:spacing w:after="120"/>
        <w:jc w:val="center"/>
      </w:pPr>
      <w:r>
        <w:rPr>
          <w:b w:val="0"/>
          <w:i/>
          <w:sz w:val="17"/>
          <w:szCs w:val="17"/>
        </w:rPr>
        <w:t>सुझाई गई मॉडल कार्यालय शीट; आयोग का निर्धारित प्ररूप नहीं।</w:t>
      </w:r>
    </w:p>
    <w:p>
      <w:pPr>
        <w:spacing w:after="40"/>
      </w:pPr>
      <w:r>
        <w:rPr>
          <w:b/>
          <w:bCs/>
          <w:i w:val="0"/>
          <w:sz w:val="21"/>
          <w:szCs w:val="21"/>
        </w:rPr>
        <w:t>अधिकारी और कार्यालय</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2041"/>
        <w:gridCol w:w="2041"/>
        <w:gridCol w:w="2041"/>
        <w:gridCol w:w="2041"/>
        <w:gridCol w:w="2041"/>
      </w:tblGrid>
      <w:tr>
        <w:trPr>
          <w:cantSplit/>
          <w:tblHeader/>
        </w:trPr>
        <w:tc>
          <w:tcPr>
            <w:tcW w:type="dxa" w:w="567"/>
            <w:shd w:val="clear" w:color="auto" w:fill="BFBFBF"/>
            <w:vAlign w:val="center"/>
          </w:tcPr>
          <w:p>
            <w:pPr>
              <w:spacing w:after="20"/>
              <w:jc w:val="center"/>
            </w:pPr>
            <w:r>
              <w:rPr>
                <w:b/>
                <w:bCs/>
                <w:i w:val="0"/>
                <w:sz w:val="18"/>
                <w:szCs w:val="18"/>
              </w:rPr>
              <w:t>क्र.</w:t>
            </w:r>
          </w:p>
        </w:tc>
        <w:tc>
          <w:tcPr>
            <w:tcW w:type="dxa" w:w="3515"/>
            <w:shd w:val="clear" w:color="auto" w:fill="BFBFBF"/>
            <w:vAlign w:val="center"/>
          </w:tcPr>
          <w:p>
            <w:pPr>
              <w:spacing w:after="20"/>
              <w:jc w:val="center"/>
            </w:pPr>
            <w:r>
              <w:rPr>
                <w:b/>
                <w:bCs/>
                <w:i w:val="0"/>
                <w:sz w:val="18"/>
                <w:szCs w:val="18"/>
              </w:rPr>
              <w:t>पद / कार्यालय</w:t>
            </w:r>
          </w:p>
        </w:tc>
        <w:tc>
          <w:tcPr>
            <w:tcW w:type="dxa" w:w="2438"/>
            <w:shd w:val="clear" w:color="auto" w:fill="BFBFBF"/>
            <w:vAlign w:val="center"/>
          </w:tcPr>
          <w:p>
            <w:pPr>
              <w:spacing w:after="20"/>
              <w:jc w:val="center"/>
            </w:pPr>
            <w:r>
              <w:rPr>
                <w:b/>
                <w:bCs/>
                <w:i w:val="0"/>
                <w:sz w:val="18"/>
                <w:szCs w:val="18"/>
              </w:rPr>
              <w:t>नाम</w:t>
            </w:r>
          </w:p>
        </w:tc>
        <w:tc>
          <w:tcPr>
            <w:tcW w:type="dxa" w:w="1871"/>
            <w:shd w:val="clear" w:color="auto" w:fill="BFBFBF"/>
            <w:vAlign w:val="center"/>
          </w:tcPr>
          <w:p>
            <w:pPr>
              <w:spacing w:after="20"/>
              <w:jc w:val="center"/>
            </w:pPr>
            <w:r>
              <w:rPr>
                <w:b/>
                <w:bCs/>
                <w:i w:val="0"/>
                <w:sz w:val="18"/>
                <w:szCs w:val="18"/>
              </w:rPr>
              <w:t>मोबाइल नं.</w:t>
            </w:r>
          </w:p>
        </w:tc>
        <w:tc>
          <w:tcPr>
            <w:tcW w:type="dxa" w:w="1814"/>
            <w:shd w:val="clear" w:color="auto" w:fill="BFBFBF"/>
            <w:vAlign w:val="center"/>
          </w:tcPr>
          <w:p>
            <w:pPr>
              <w:spacing w:after="20"/>
              <w:jc w:val="center"/>
            </w:pPr>
            <w:r>
              <w:rPr>
                <w:b/>
                <w:bCs/>
                <w:i w:val="0"/>
                <w:sz w:val="18"/>
                <w:szCs w:val="18"/>
              </w:rPr>
              <w:t>कार्यालय फ़ोन / दूसरा नंबर</w:t>
            </w:r>
          </w:p>
        </w:tc>
      </w:tr>
      <w:tr>
        <w:trPr>
          <w:cantSplit/>
          <w:trHeight w:val="351" w:hRule="atLeast"/>
        </w:trPr>
        <w:tc>
          <w:tcPr>
            <w:tcW w:type="dxa" w:w="567"/>
          </w:tcPr>
          <w:p>
            <w:pPr>
              <w:spacing w:after="20"/>
            </w:pPr>
            <w:r>
              <w:rPr>
                <w:b w:val="0"/>
                <w:i w:val="0"/>
                <w:sz w:val="18"/>
                <w:szCs w:val="18"/>
              </w:rPr>
              <w:t>1</w:t>
            </w:r>
          </w:p>
        </w:tc>
        <w:tc>
          <w:tcPr>
            <w:tcW w:type="dxa" w:w="3515"/>
          </w:tcPr>
          <w:p>
            <w:pPr>
              <w:spacing w:after="20"/>
            </w:pPr>
            <w:r>
              <w:rPr>
                <w:b w:val="0"/>
                <w:i w:val="0"/>
                <w:sz w:val="18"/>
                <w:szCs w:val="18"/>
              </w:rPr>
              <w:t>ज़िला निर्वाचन अधिकारी (पंचायत) एवं ज़िला कलेक्टर</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2</w:t>
            </w:r>
          </w:p>
        </w:tc>
        <w:tc>
          <w:tcPr>
            <w:tcW w:type="dxa" w:w="3515"/>
          </w:tcPr>
          <w:p>
            <w:pPr>
              <w:spacing w:after="20"/>
            </w:pPr>
            <w:r>
              <w:rPr>
                <w:b w:val="0"/>
                <w:i w:val="0"/>
                <w:sz w:val="18"/>
                <w:szCs w:val="18"/>
              </w:rPr>
              <w:t>ज़िला निर्वाचन कार्यालय का नियंत्रण कक्ष (कंट्रोल रूम)</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3</w:t>
            </w:r>
          </w:p>
        </w:tc>
        <w:tc>
          <w:tcPr>
            <w:tcW w:type="dxa" w:w="3515"/>
          </w:tcPr>
          <w:p>
            <w:pPr>
              <w:spacing w:after="20"/>
            </w:pPr>
            <w:r>
              <w:rPr>
                <w:b w:val="0"/>
                <w:i w:val="0"/>
                <w:sz w:val="18"/>
                <w:szCs w:val="18"/>
              </w:rPr>
              <w:t>उपखण्ड अधिकारी</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4</w:t>
            </w:r>
          </w:p>
        </w:tc>
        <w:tc>
          <w:tcPr>
            <w:tcW w:type="dxa" w:w="3515"/>
          </w:tcPr>
          <w:p>
            <w:pPr>
              <w:spacing w:after="20"/>
            </w:pPr>
            <w:r>
              <w:rPr>
                <w:b w:val="0"/>
                <w:i w:val="0"/>
                <w:sz w:val="18"/>
                <w:szCs w:val="18"/>
              </w:rPr>
              <w:t>तहसीलदार</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5</w:t>
            </w:r>
          </w:p>
        </w:tc>
        <w:tc>
          <w:tcPr>
            <w:tcW w:type="dxa" w:w="3515"/>
          </w:tcPr>
          <w:p>
            <w:pPr>
              <w:spacing w:after="20"/>
            </w:pPr>
            <w:r>
              <w:rPr>
                <w:b w:val="0"/>
                <w:i w:val="0"/>
                <w:sz w:val="18"/>
                <w:szCs w:val="18"/>
              </w:rPr>
              <w:t>विकास अधिकारी, पंचायत समिति</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6</w:t>
            </w:r>
          </w:p>
        </w:tc>
        <w:tc>
          <w:tcPr>
            <w:tcW w:type="dxa" w:w="3515"/>
          </w:tcPr>
          <w:p>
            <w:pPr>
              <w:spacing w:after="20"/>
            </w:pPr>
            <w:r>
              <w:rPr>
                <w:b w:val="0"/>
                <w:i w:val="0"/>
                <w:sz w:val="18"/>
                <w:szCs w:val="18"/>
              </w:rPr>
              <w:t>ज़ोनल मजिस्ट्रेट (ZO)</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7</w:t>
            </w:r>
          </w:p>
        </w:tc>
        <w:tc>
          <w:tcPr>
            <w:tcW w:type="dxa" w:w="3515"/>
          </w:tcPr>
          <w:p>
            <w:pPr>
              <w:spacing w:after="20"/>
            </w:pPr>
            <w:r>
              <w:rPr>
                <w:b w:val="0"/>
                <w:i w:val="0"/>
                <w:sz w:val="18"/>
                <w:szCs w:val="18"/>
              </w:rPr>
              <w:t>सेक्टर मजिस्ट्रेट / सेक्टर अधिकारी (SO)</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8</w:t>
            </w:r>
          </w:p>
        </w:tc>
        <w:tc>
          <w:tcPr>
            <w:tcW w:type="dxa" w:w="3515"/>
          </w:tcPr>
          <w:p>
            <w:pPr>
              <w:spacing w:after="20"/>
            </w:pPr>
            <w:r>
              <w:rPr>
                <w:b w:val="0"/>
                <w:i w:val="0"/>
                <w:sz w:val="18"/>
                <w:szCs w:val="18"/>
              </w:rPr>
              <w:t>सहायक रिटर्निंग अधिकारी</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9</w:t>
            </w:r>
          </w:p>
        </w:tc>
        <w:tc>
          <w:tcPr>
            <w:tcW w:type="dxa" w:w="3515"/>
          </w:tcPr>
          <w:p>
            <w:pPr>
              <w:spacing w:after="20"/>
            </w:pPr>
            <w:r>
              <w:rPr>
                <w:b w:val="0"/>
                <w:i w:val="0"/>
                <w:sz w:val="18"/>
                <w:szCs w:val="18"/>
              </w:rPr>
              <w:t>थानाधिकारी, पुलिस थाना ............</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10</w:t>
            </w:r>
          </w:p>
        </w:tc>
        <w:tc>
          <w:tcPr>
            <w:tcW w:type="dxa" w:w="3515"/>
          </w:tcPr>
          <w:p>
            <w:pPr>
              <w:spacing w:after="20"/>
            </w:pPr>
            <w:r>
              <w:rPr>
                <w:b w:val="0"/>
                <w:i w:val="0"/>
                <w:sz w:val="18"/>
                <w:szCs w:val="18"/>
              </w:rPr>
              <w:t>पुलिस नियंत्रण कक्ष</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11</w:t>
            </w:r>
          </w:p>
        </w:tc>
        <w:tc>
          <w:tcPr>
            <w:tcW w:type="dxa" w:w="3515"/>
          </w:tcPr>
          <w:p>
            <w:pPr>
              <w:spacing w:after="20"/>
            </w:pPr>
            <w:r>
              <w:rPr>
                <w:b w:val="0"/>
                <w:i w:val="0"/>
                <w:sz w:val="18"/>
                <w:szCs w:val="18"/>
              </w:rPr>
              <w:t>ग्राम विकास अधिकारी, ग्राम पंचायत</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12</w:t>
            </w:r>
          </w:p>
        </w:tc>
        <w:tc>
          <w:tcPr>
            <w:tcW w:type="dxa" w:w="3515"/>
          </w:tcPr>
          <w:p>
            <w:pPr>
              <w:spacing w:after="20"/>
            </w:pPr>
            <w:r>
              <w:rPr>
                <w:b w:val="0"/>
                <w:i w:val="0"/>
                <w:sz w:val="18"/>
                <w:szCs w:val="18"/>
              </w:rPr>
              <w:t>वाहन प्रभारी</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13</w:t>
            </w:r>
          </w:p>
        </w:tc>
        <w:tc>
          <w:tcPr>
            <w:tcW w:type="dxa" w:w="3515"/>
          </w:tcPr>
          <w:p>
            <w:pPr>
              <w:spacing w:after="20"/>
            </w:pPr>
            <w:r>
              <w:rPr>
                <w:b w:val="0"/>
                <w:i w:val="0"/>
                <w:sz w:val="18"/>
                <w:szCs w:val="18"/>
              </w:rPr>
              <w:t>नज़दीकी अस्पताल / एम्बुलेंस</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14</w:t>
            </w:r>
          </w:p>
        </w:tc>
        <w:tc>
          <w:tcPr>
            <w:tcW w:type="dxa" w:w="3515"/>
          </w:tcPr>
          <w:p>
            <w:pPr>
              <w:spacing w:after="20"/>
            </w:pPr>
            <w:r>
              <w:rPr>
                <w:b w:val="0"/>
                <w:i w:val="0"/>
                <w:sz w:val="18"/>
                <w:szCs w:val="18"/>
              </w:rPr>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15</w:t>
            </w:r>
          </w:p>
        </w:tc>
        <w:tc>
          <w:tcPr>
            <w:tcW w:type="dxa" w:w="3515"/>
          </w:tcPr>
          <w:p>
            <w:pPr>
              <w:spacing w:after="20"/>
            </w:pPr>
            <w:r>
              <w:rPr>
                <w:b w:val="0"/>
                <w:i w:val="0"/>
                <w:sz w:val="18"/>
                <w:szCs w:val="18"/>
              </w:rPr>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16</w:t>
            </w:r>
          </w:p>
        </w:tc>
        <w:tc>
          <w:tcPr>
            <w:tcW w:type="dxa" w:w="3515"/>
          </w:tcPr>
          <w:p>
            <w:pPr>
              <w:spacing w:after="20"/>
            </w:pPr>
            <w:r>
              <w:rPr>
                <w:b w:val="0"/>
                <w:i w:val="0"/>
                <w:sz w:val="18"/>
                <w:szCs w:val="18"/>
              </w:rPr>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bl>
    <w:p>
      <w:pPr>
        <w:spacing w:after="40"/>
      </w:pPr>
    </w:p>
    <w:p>
      <w:pPr>
        <w:spacing w:after="40"/>
      </w:pPr>
      <w:r>
        <w:rPr>
          <w:b/>
          <w:bCs/>
          <w:i w:val="0"/>
          <w:sz w:val="21"/>
          <w:szCs w:val="21"/>
        </w:rPr>
        <w:t>बूथ के प्रगणक (BLO): हर बूथ की एक पंक्ति (मतदान दल के हर कार्मिक का नंबर अगले पन्ने पर)</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2041"/>
        <w:gridCol w:w="2041"/>
        <w:gridCol w:w="2041"/>
        <w:gridCol w:w="2041"/>
        <w:gridCol w:w="2041"/>
      </w:tblGrid>
      <w:tr>
        <w:trPr>
          <w:cantSplit/>
          <w:tblHeader/>
        </w:trPr>
        <w:tc>
          <w:tcPr>
            <w:tcW w:type="dxa" w:w="737"/>
            <w:shd w:val="clear" w:color="auto" w:fill="BFBFBF"/>
            <w:vAlign w:val="center"/>
          </w:tcPr>
          <w:p>
            <w:pPr>
              <w:spacing w:after="20"/>
              <w:jc w:val="center"/>
            </w:pPr>
            <w:r>
              <w:rPr>
                <w:b/>
                <w:bCs/>
                <w:i w:val="0"/>
                <w:sz w:val="18"/>
                <w:szCs w:val="18"/>
              </w:rPr>
              <w:t>बूथ सं.</w:t>
            </w:r>
          </w:p>
        </w:tc>
        <w:tc>
          <w:tcPr>
            <w:tcW w:type="dxa" w:w="2835"/>
            <w:shd w:val="clear" w:color="auto" w:fill="BFBFBF"/>
            <w:vAlign w:val="center"/>
          </w:tcPr>
          <w:p>
            <w:pPr>
              <w:spacing w:after="20"/>
              <w:jc w:val="center"/>
            </w:pPr>
            <w:r>
              <w:rPr>
                <w:b/>
                <w:bCs/>
                <w:i w:val="0"/>
                <w:sz w:val="18"/>
                <w:szCs w:val="18"/>
              </w:rPr>
              <w:t>मतदान केन्द्र</w:t>
            </w:r>
          </w:p>
        </w:tc>
        <w:tc>
          <w:tcPr>
            <w:tcW w:type="dxa" w:w="3118"/>
            <w:shd w:val="clear" w:color="auto" w:fill="BFBFBF"/>
            <w:vAlign w:val="center"/>
          </w:tcPr>
          <w:p>
            <w:pPr>
              <w:spacing w:after="20"/>
              <w:jc w:val="center"/>
            </w:pPr>
            <w:r>
              <w:rPr>
                <w:b/>
                <w:bCs/>
                <w:i w:val="0"/>
                <w:sz w:val="18"/>
                <w:szCs w:val="18"/>
              </w:rPr>
              <w:t>प्रगणक (BLO) का नाम</w:t>
            </w:r>
          </w:p>
        </w:tc>
        <w:tc>
          <w:tcPr>
            <w:tcW w:type="dxa" w:w="1814"/>
            <w:shd w:val="clear" w:color="auto" w:fill="BFBFBF"/>
            <w:vAlign w:val="center"/>
          </w:tcPr>
          <w:p>
            <w:pPr>
              <w:spacing w:after="20"/>
              <w:jc w:val="center"/>
            </w:pPr>
            <w:r>
              <w:rPr>
                <w:b/>
                <w:bCs/>
                <w:i w:val="0"/>
                <w:sz w:val="18"/>
                <w:szCs w:val="18"/>
              </w:rPr>
              <w:t>मोबाइल नं.</w:t>
            </w:r>
          </w:p>
        </w:tc>
        <w:tc>
          <w:tcPr>
            <w:tcW w:type="dxa" w:w="1701"/>
            <w:shd w:val="clear" w:color="auto" w:fill="BFBFBF"/>
            <w:vAlign w:val="center"/>
          </w:tcPr>
          <w:p>
            <w:pPr>
              <w:spacing w:after="20"/>
              <w:jc w:val="center"/>
            </w:pPr>
            <w:r>
              <w:rPr>
                <w:b/>
                <w:bCs/>
                <w:i w:val="0"/>
                <w:sz w:val="18"/>
                <w:szCs w:val="18"/>
              </w:rPr>
              <w:t>दूसरा नंबर</w:t>
            </w:r>
          </w:p>
        </w:tc>
      </w:tr>
      <w:tr>
        <w:trPr>
          <w:cantSplit/>
          <w:trHeight w:val="351" w:hRule="atLeast"/>
        </w:trPr>
        <w:tc>
          <w:tcPr>
            <w:tcW w:type="dxa" w:w="737"/>
          </w:tcPr>
          <w:p/>
        </w:tc>
        <w:tc>
          <w:tcPr>
            <w:tcW w:type="dxa" w:w="2835"/>
          </w:tcPr>
          <w:p/>
        </w:tc>
        <w:tc>
          <w:tcPr>
            <w:tcW w:type="dxa" w:w="3118"/>
          </w:tcPr>
          <w:p/>
        </w:tc>
        <w:tc>
          <w:tcPr>
            <w:tcW w:type="dxa" w:w="1814"/>
          </w:tcPr>
          <w:p/>
        </w:tc>
        <w:tc>
          <w:tcPr>
            <w:tcW w:type="dxa" w:w="1701"/>
          </w:tcPr>
          <w:p/>
        </w:tc>
      </w:tr>
      <w:tr>
        <w:trPr>
          <w:cantSplit/>
          <w:trHeight w:val="351" w:hRule="atLeast"/>
        </w:trPr>
        <w:tc>
          <w:tcPr>
            <w:tcW w:type="dxa" w:w="737"/>
          </w:tcPr>
          <w:p/>
        </w:tc>
        <w:tc>
          <w:tcPr>
            <w:tcW w:type="dxa" w:w="2835"/>
          </w:tcPr>
          <w:p/>
        </w:tc>
        <w:tc>
          <w:tcPr>
            <w:tcW w:type="dxa" w:w="3118"/>
          </w:tcPr>
          <w:p/>
        </w:tc>
        <w:tc>
          <w:tcPr>
            <w:tcW w:type="dxa" w:w="1814"/>
          </w:tcPr>
          <w:p/>
        </w:tc>
        <w:tc>
          <w:tcPr>
            <w:tcW w:type="dxa" w:w="1701"/>
          </w:tcPr>
          <w:p/>
        </w:tc>
      </w:tr>
      <w:tr>
        <w:trPr>
          <w:cantSplit/>
          <w:trHeight w:val="351" w:hRule="atLeast"/>
        </w:trPr>
        <w:tc>
          <w:tcPr>
            <w:tcW w:type="dxa" w:w="737"/>
          </w:tcPr>
          <w:p/>
        </w:tc>
        <w:tc>
          <w:tcPr>
            <w:tcW w:type="dxa" w:w="2835"/>
          </w:tcPr>
          <w:p/>
        </w:tc>
        <w:tc>
          <w:tcPr>
            <w:tcW w:type="dxa" w:w="3118"/>
          </w:tcPr>
          <w:p/>
        </w:tc>
        <w:tc>
          <w:tcPr>
            <w:tcW w:type="dxa" w:w="1814"/>
          </w:tcPr>
          <w:p/>
        </w:tc>
        <w:tc>
          <w:tcPr>
            <w:tcW w:type="dxa" w:w="1701"/>
          </w:tcPr>
          <w:p/>
        </w:tc>
      </w:tr>
      <w:tr>
        <w:trPr>
          <w:cantSplit/>
          <w:trHeight w:val="351" w:hRule="atLeast"/>
        </w:trPr>
        <w:tc>
          <w:tcPr>
            <w:tcW w:type="dxa" w:w="737"/>
          </w:tcPr>
          <w:p/>
        </w:tc>
        <w:tc>
          <w:tcPr>
            <w:tcW w:type="dxa" w:w="2835"/>
          </w:tcPr>
          <w:p/>
        </w:tc>
        <w:tc>
          <w:tcPr>
            <w:tcW w:type="dxa" w:w="3118"/>
          </w:tcPr>
          <w:p/>
        </w:tc>
        <w:tc>
          <w:tcPr>
            <w:tcW w:type="dxa" w:w="1814"/>
          </w:tcPr>
          <w:p/>
        </w:tc>
        <w:tc>
          <w:tcPr>
            <w:tcW w:type="dxa" w:w="1701"/>
          </w:tcPr>
          <w:p/>
        </w:tc>
      </w:tr>
      <w:tr>
        <w:trPr>
          <w:cantSplit/>
          <w:trHeight w:val="351" w:hRule="atLeast"/>
        </w:trPr>
        <w:tc>
          <w:tcPr>
            <w:tcW w:type="dxa" w:w="737"/>
          </w:tcPr>
          <w:p/>
        </w:tc>
        <w:tc>
          <w:tcPr>
            <w:tcW w:type="dxa" w:w="2835"/>
          </w:tcPr>
          <w:p/>
        </w:tc>
        <w:tc>
          <w:tcPr>
            <w:tcW w:type="dxa" w:w="3118"/>
          </w:tcPr>
          <w:p/>
        </w:tc>
        <w:tc>
          <w:tcPr>
            <w:tcW w:type="dxa" w:w="1814"/>
          </w:tcPr>
          <w:p/>
        </w:tc>
        <w:tc>
          <w:tcPr>
            <w:tcW w:type="dxa" w:w="1701"/>
          </w:tcPr>
          <w:p/>
        </w:tc>
      </w:tr>
      <w:tr>
        <w:trPr>
          <w:cantSplit/>
          <w:trHeight w:val="351" w:hRule="atLeast"/>
        </w:trPr>
        <w:tc>
          <w:tcPr>
            <w:tcW w:type="dxa" w:w="737"/>
          </w:tcPr>
          <w:p/>
        </w:tc>
        <w:tc>
          <w:tcPr>
            <w:tcW w:type="dxa" w:w="2835"/>
          </w:tcPr>
          <w:p/>
        </w:tc>
        <w:tc>
          <w:tcPr>
            <w:tcW w:type="dxa" w:w="3118"/>
          </w:tcPr>
          <w:p/>
        </w:tc>
        <w:tc>
          <w:tcPr>
            <w:tcW w:type="dxa" w:w="1814"/>
          </w:tcPr>
          <w:p/>
        </w:tc>
        <w:tc>
          <w:tcPr>
            <w:tcW w:type="dxa" w:w="1701"/>
          </w:tcPr>
          <w:p/>
        </w:tc>
      </w:tr>
    </w:tbl>
    <w:p>
      <w:pPr>
        <w:spacing w:after="40"/>
      </w:pPr>
    </w:p>
    <w:p>
      <w:pPr>
        <w:spacing w:after="0"/>
      </w:pPr>
      <w:r>
        <w:rPr>
          <w:b w:val="0"/>
          <w:i w:val="0"/>
          <w:sz w:val="18"/>
          <w:szCs w:val="18"/>
        </w:rPr>
        <w:t>भरी हुई सूची कार्यालय के काम के लिए है; इसमें लोगों के मोबाइल नंबर हैं, इसलिए इसे नोटिस बोर्ड पर न लगाइए।</w:t>
      </w:r>
    </w:p>
    <w:p>
      <w:pPr>
        <w:sectPr>
          <w:footerReference w:type="default" r:id="rId39"/>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मतदान दलों के कार्मिकों की संपर्क सूची</w:t>
      </w:r>
    </w:p>
    <w:p>
      <w:pPr>
        <w:spacing w:after="40"/>
        <w:jc w:val="center"/>
      </w:pPr>
      <w:r>
        <w:rPr>
          <w:b w:val="0"/>
          <w:i w:val="0"/>
          <w:sz w:val="19"/>
          <w:szCs w:val="19"/>
        </w:rPr>
        <w:t xml:space="preserve">हर बूथ के लिए 5 व्यक्तियों का दल: एक मतदान अधिकारी और 4 सहायक मतदान अधिकारी (आयोग का </w:t>
      </w:r>
      <w:hyperlink r:id="rId18">
        <w:r>
          <w:rPr>
            <w:b w:val="0"/>
            <w:i w:val="0"/>
            <w:color w:val="1F4E9E"/>
            <w:sz w:val="19"/>
            <w:szCs w:val="19"/>
            <w:u w:val="single"/>
          </w:rPr>
          <w:t>पत्र 5096</w:t>
        </w:r>
      </w:hyperlink>
      <w:r>
        <w:rPr>
          <w:b w:val="0"/>
          <w:i w:val="0"/>
          <w:sz w:val="19"/>
          <w:szCs w:val="19"/>
        </w:rPr>
        <w:t>, दिनांक 26.12.2025)।</w:t>
      </w:r>
    </w:p>
    <w:p>
      <w:pPr>
        <w:spacing w:after="120"/>
        <w:jc w:val="center"/>
      </w:pPr>
      <w:r>
        <w:rPr>
          <w:b w:val="0"/>
          <w:i/>
          <w:sz w:val="17"/>
          <w:szCs w:val="17"/>
        </w:rPr>
        <w:t>सुझाई गई मॉडल कार्यालय शीट; आयोग का निर्धारित प्ररूप नहीं।</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firstColumn="1" w:firstRow="1" w:lastColumn="0" w:lastRow="0" w:noHBand="0" w:noVBand="1" w:val="04A0"/>
      </w:tblPr>
      <w:tblGrid>
        <w:gridCol w:w="2041"/>
        <w:gridCol w:w="2041"/>
        <w:gridCol w:w="2041"/>
        <w:gridCol w:w="2041"/>
        <w:gridCol w:w="2041"/>
      </w:tblGrid>
      <w:tr>
        <w:trPr>
          <w:cantSplit/>
          <w:tblHeader/>
        </w:trPr>
        <w:tc>
          <w:tcPr>
            <w:tcW w:type="dxa" w:w="510"/>
            <w:shd w:val="clear" w:color="auto" w:fill="BFBFBF"/>
            <w:vAlign w:val="center"/>
          </w:tcPr>
          <w:p>
            <w:pPr>
              <w:spacing w:after="20"/>
              <w:jc w:val="center"/>
            </w:pPr>
            <w:r>
              <w:rPr>
                <w:b/>
                <w:bCs/>
                <w:i w:val="0"/>
                <w:sz w:val="18"/>
                <w:szCs w:val="18"/>
              </w:rPr>
              <w:t>क्र.</w:t>
            </w:r>
          </w:p>
        </w:tc>
        <w:tc>
          <w:tcPr>
            <w:tcW w:type="dxa" w:w="3175"/>
            <w:shd w:val="clear" w:color="auto" w:fill="BFBFBF"/>
            <w:vAlign w:val="center"/>
          </w:tcPr>
          <w:p>
            <w:pPr>
              <w:spacing w:after="20"/>
              <w:jc w:val="center"/>
            </w:pPr>
            <w:r>
              <w:rPr>
                <w:b/>
                <w:bCs/>
                <w:i w:val="0"/>
                <w:sz w:val="18"/>
                <w:szCs w:val="18"/>
              </w:rPr>
              <w:t>पद</w:t>
            </w:r>
          </w:p>
        </w:tc>
        <w:tc>
          <w:tcPr>
            <w:tcW w:type="dxa" w:w="2721"/>
            <w:shd w:val="clear" w:color="auto" w:fill="BFBFBF"/>
            <w:vAlign w:val="center"/>
          </w:tcPr>
          <w:p>
            <w:pPr>
              <w:spacing w:after="20"/>
              <w:jc w:val="center"/>
            </w:pPr>
            <w:r>
              <w:rPr>
                <w:b/>
                <w:bCs/>
                <w:i w:val="0"/>
                <w:sz w:val="18"/>
                <w:szCs w:val="18"/>
              </w:rPr>
              <w:t>कार्मिक का नाम</w:t>
            </w:r>
          </w:p>
        </w:tc>
        <w:tc>
          <w:tcPr>
            <w:tcW w:type="dxa" w:w="2154"/>
            <w:shd w:val="clear" w:color="auto" w:fill="BFBFBF"/>
            <w:vAlign w:val="center"/>
          </w:tcPr>
          <w:p>
            <w:pPr>
              <w:spacing w:after="20"/>
              <w:jc w:val="center"/>
            </w:pPr>
            <w:r>
              <w:rPr>
                <w:b/>
                <w:bCs/>
                <w:i w:val="0"/>
                <w:sz w:val="18"/>
                <w:szCs w:val="18"/>
              </w:rPr>
              <w:t>पद व कार्यालय</w:t>
            </w:r>
          </w:p>
        </w:tc>
        <w:tc>
          <w:tcPr>
            <w:tcW w:type="dxa" w:w="1644"/>
            <w:shd w:val="clear" w:color="auto" w:fill="BFBFBF"/>
            <w:vAlign w:val="center"/>
          </w:tcPr>
          <w:p>
            <w:pPr>
              <w:spacing w:after="20"/>
              <w:jc w:val="center"/>
            </w:pPr>
            <w:r>
              <w:rPr>
                <w:b/>
                <w:bCs/>
                <w:i w:val="0"/>
                <w:sz w:val="18"/>
                <w:szCs w:val="18"/>
              </w:rPr>
              <w:t>मोबाइल नं.</w:t>
            </w:r>
          </w:p>
        </w:tc>
      </w:tr>
      <w:tr>
        <w:trPr>
          <w:cantSplit/>
        </w:trPr>
        <w:tc>
          <w:tcPr>
            <w:tcW w:type="dxa" w:w="1644"/>
            <w:gridSpan w:val="5"/>
            <w:shd w:val="clear" w:color="auto" w:fill="D9D9D9"/>
          </w:tcPr>
          <w:p>
            <w:pPr>
              <w:spacing w:after="20"/>
            </w:pPr>
            <w:r>
              <w:rPr>
                <w:b/>
                <w:bCs/>
                <w:i w:val="0"/>
                <w:sz w:val="18"/>
                <w:szCs w:val="18"/>
              </w:rPr>
              <w:t>बूथ सं. ............    मतदान केन्द्र का नाम ........................................</w:t>
            </w:r>
          </w:p>
        </w:tc>
      </w:tr>
      <w:tr>
        <w:trPr>
          <w:cantSplit/>
          <w:trHeight w:val="311" w:hRule="atLeast"/>
        </w:trPr>
        <w:tc>
          <w:tcPr>
            <w:tcW w:type="dxa" w:w="510"/>
          </w:tcPr>
          <w:p>
            <w:pPr>
              <w:spacing w:after="20"/>
              <w:jc w:val="center"/>
            </w:pPr>
            <w:r>
              <w:rPr>
                <w:b w:val="0"/>
                <w:i w:val="0"/>
                <w:sz w:val="18"/>
                <w:szCs w:val="18"/>
              </w:rPr>
              <w:t>1</w:t>
            </w:r>
          </w:p>
        </w:tc>
        <w:tc>
          <w:tcPr>
            <w:tcW w:type="dxa" w:w="3175"/>
          </w:tcPr>
          <w:p>
            <w:pPr>
              <w:spacing w:after="20"/>
            </w:pPr>
            <w:r>
              <w:rPr>
                <w:b w:val="0"/>
                <w:i w:val="0"/>
                <w:sz w:val="18"/>
                <w:szCs w:val="18"/>
              </w:rPr>
              <w:t>मतदान अधिकारी (PO)</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2</w:t>
            </w:r>
          </w:p>
        </w:tc>
        <w:tc>
          <w:tcPr>
            <w:tcW w:type="dxa" w:w="3175"/>
          </w:tcPr>
          <w:p>
            <w:pPr>
              <w:spacing w:after="20"/>
            </w:pPr>
            <w:r>
              <w:rPr>
                <w:b w:val="0"/>
                <w:i w:val="0"/>
                <w:sz w:val="18"/>
                <w:szCs w:val="18"/>
              </w:rPr>
              <w:t>सहायक मतदान अधिकारी-1 (APO-1)</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3</w:t>
            </w:r>
          </w:p>
        </w:tc>
        <w:tc>
          <w:tcPr>
            <w:tcW w:type="dxa" w:w="3175"/>
          </w:tcPr>
          <w:p>
            <w:pPr>
              <w:spacing w:after="20"/>
            </w:pPr>
            <w:r>
              <w:rPr>
                <w:b w:val="0"/>
                <w:i w:val="0"/>
                <w:sz w:val="18"/>
                <w:szCs w:val="18"/>
              </w:rPr>
              <w:t>सहायक मतदान अधिकारी-2 (APO-2)</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4</w:t>
            </w:r>
          </w:p>
        </w:tc>
        <w:tc>
          <w:tcPr>
            <w:tcW w:type="dxa" w:w="3175"/>
          </w:tcPr>
          <w:p>
            <w:pPr>
              <w:spacing w:after="20"/>
            </w:pPr>
            <w:r>
              <w:rPr>
                <w:b w:val="0"/>
                <w:i w:val="0"/>
                <w:sz w:val="18"/>
                <w:szCs w:val="18"/>
              </w:rPr>
              <w:t>सहायक मतदान अधिकारी-3 (APO-3)</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5</w:t>
            </w:r>
          </w:p>
        </w:tc>
        <w:tc>
          <w:tcPr>
            <w:tcW w:type="dxa" w:w="3175"/>
          </w:tcPr>
          <w:p>
            <w:pPr>
              <w:spacing w:after="20"/>
            </w:pPr>
            <w:r>
              <w:rPr>
                <w:b w:val="0"/>
                <w:i w:val="0"/>
                <w:sz w:val="18"/>
                <w:szCs w:val="18"/>
              </w:rPr>
              <w:t>सहायक मतदान अधिकारी-4 (APO-4)</w:t>
            </w:r>
          </w:p>
        </w:tc>
        <w:tc>
          <w:tcPr>
            <w:tcW w:type="dxa" w:w="2721"/>
          </w:tcPr>
          <w:p/>
        </w:tc>
        <w:tc>
          <w:tcPr>
            <w:tcW w:type="dxa" w:w="2154"/>
          </w:tcPr>
          <w:p/>
        </w:tc>
        <w:tc>
          <w:tcPr>
            <w:tcW w:type="dxa" w:w="1644"/>
          </w:tcPr>
          <w:p/>
        </w:tc>
      </w:tr>
      <w:tr>
        <w:trPr>
          <w:cantSplit/>
        </w:trPr>
        <w:tc>
          <w:tcPr>
            <w:tcW w:type="dxa" w:w="1644"/>
            <w:gridSpan w:val="5"/>
            <w:shd w:val="clear" w:color="auto" w:fill="D9D9D9"/>
          </w:tcPr>
          <w:p>
            <w:pPr>
              <w:spacing w:after="20"/>
            </w:pPr>
            <w:r>
              <w:rPr>
                <w:b/>
                <w:bCs/>
                <w:i w:val="0"/>
                <w:sz w:val="18"/>
                <w:szCs w:val="18"/>
              </w:rPr>
              <w:t>बूथ सं. ............    मतदान केन्द्र का नाम ........................................</w:t>
            </w:r>
          </w:p>
        </w:tc>
      </w:tr>
      <w:tr>
        <w:trPr>
          <w:cantSplit/>
          <w:trHeight w:val="311" w:hRule="atLeast"/>
        </w:trPr>
        <w:tc>
          <w:tcPr>
            <w:tcW w:type="dxa" w:w="510"/>
          </w:tcPr>
          <w:p>
            <w:pPr>
              <w:spacing w:after="20"/>
              <w:jc w:val="center"/>
            </w:pPr>
            <w:r>
              <w:rPr>
                <w:b w:val="0"/>
                <w:i w:val="0"/>
                <w:sz w:val="18"/>
                <w:szCs w:val="18"/>
              </w:rPr>
              <w:t>1</w:t>
            </w:r>
          </w:p>
        </w:tc>
        <w:tc>
          <w:tcPr>
            <w:tcW w:type="dxa" w:w="3175"/>
          </w:tcPr>
          <w:p>
            <w:pPr>
              <w:spacing w:after="20"/>
            </w:pPr>
            <w:r>
              <w:rPr>
                <w:b w:val="0"/>
                <w:i w:val="0"/>
                <w:sz w:val="18"/>
                <w:szCs w:val="18"/>
              </w:rPr>
              <w:t>मतदान अधिकारी (PO)</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2</w:t>
            </w:r>
          </w:p>
        </w:tc>
        <w:tc>
          <w:tcPr>
            <w:tcW w:type="dxa" w:w="3175"/>
          </w:tcPr>
          <w:p>
            <w:pPr>
              <w:spacing w:after="20"/>
            </w:pPr>
            <w:r>
              <w:rPr>
                <w:b w:val="0"/>
                <w:i w:val="0"/>
                <w:sz w:val="18"/>
                <w:szCs w:val="18"/>
              </w:rPr>
              <w:t>सहायक मतदान अधिकारी-1 (APO-1)</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3</w:t>
            </w:r>
          </w:p>
        </w:tc>
        <w:tc>
          <w:tcPr>
            <w:tcW w:type="dxa" w:w="3175"/>
          </w:tcPr>
          <w:p>
            <w:pPr>
              <w:spacing w:after="20"/>
            </w:pPr>
            <w:r>
              <w:rPr>
                <w:b w:val="0"/>
                <w:i w:val="0"/>
                <w:sz w:val="18"/>
                <w:szCs w:val="18"/>
              </w:rPr>
              <w:t>सहायक मतदान अधिकारी-2 (APO-2)</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4</w:t>
            </w:r>
          </w:p>
        </w:tc>
        <w:tc>
          <w:tcPr>
            <w:tcW w:type="dxa" w:w="3175"/>
          </w:tcPr>
          <w:p>
            <w:pPr>
              <w:spacing w:after="20"/>
            </w:pPr>
            <w:r>
              <w:rPr>
                <w:b w:val="0"/>
                <w:i w:val="0"/>
                <w:sz w:val="18"/>
                <w:szCs w:val="18"/>
              </w:rPr>
              <w:t>सहायक मतदान अधिकारी-3 (APO-3)</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5</w:t>
            </w:r>
          </w:p>
        </w:tc>
        <w:tc>
          <w:tcPr>
            <w:tcW w:type="dxa" w:w="3175"/>
          </w:tcPr>
          <w:p>
            <w:pPr>
              <w:spacing w:after="20"/>
            </w:pPr>
            <w:r>
              <w:rPr>
                <w:b w:val="0"/>
                <w:i w:val="0"/>
                <w:sz w:val="18"/>
                <w:szCs w:val="18"/>
              </w:rPr>
              <w:t>सहायक मतदान अधिकारी-4 (APO-4)</w:t>
            </w:r>
          </w:p>
        </w:tc>
        <w:tc>
          <w:tcPr>
            <w:tcW w:type="dxa" w:w="2721"/>
          </w:tcPr>
          <w:p/>
        </w:tc>
        <w:tc>
          <w:tcPr>
            <w:tcW w:type="dxa" w:w="2154"/>
          </w:tcPr>
          <w:p/>
        </w:tc>
        <w:tc>
          <w:tcPr>
            <w:tcW w:type="dxa" w:w="1644"/>
          </w:tcPr>
          <w:p/>
        </w:tc>
      </w:tr>
      <w:tr>
        <w:trPr>
          <w:cantSplit/>
        </w:trPr>
        <w:tc>
          <w:tcPr>
            <w:tcW w:type="dxa" w:w="1644"/>
            <w:gridSpan w:val="5"/>
            <w:shd w:val="clear" w:color="auto" w:fill="D9D9D9"/>
          </w:tcPr>
          <w:p>
            <w:pPr>
              <w:spacing w:after="20"/>
            </w:pPr>
            <w:r>
              <w:rPr>
                <w:b/>
                <w:bCs/>
                <w:i w:val="0"/>
                <w:sz w:val="18"/>
                <w:szCs w:val="18"/>
              </w:rPr>
              <w:t>बूथ सं. ............    मतदान केन्द्र का नाम ........................................</w:t>
            </w:r>
          </w:p>
        </w:tc>
      </w:tr>
      <w:tr>
        <w:trPr>
          <w:cantSplit/>
          <w:trHeight w:val="311" w:hRule="atLeast"/>
        </w:trPr>
        <w:tc>
          <w:tcPr>
            <w:tcW w:type="dxa" w:w="510"/>
          </w:tcPr>
          <w:p>
            <w:pPr>
              <w:spacing w:after="20"/>
              <w:jc w:val="center"/>
            </w:pPr>
            <w:r>
              <w:rPr>
                <w:b w:val="0"/>
                <w:i w:val="0"/>
                <w:sz w:val="18"/>
                <w:szCs w:val="18"/>
              </w:rPr>
              <w:t>1</w:t>
            </w:r>
          </w:p>
        </w:tc>
        <w:tc>
          <w:tcPr>
            <w:tcW w:type="dxa" w:w="3175"/>
          </w:tcPr>
          <w:p>
            <w:pPr>
              <w:spacing w:after="20"/>
            </w:pPr>
            <w:r>
              <w:rPr>
                <w:b w:val="0"/>
                <w:i w:val="0"/>
                <w:sz w:val="18"/>
                <w:szCs w:val="18"/>
              </w:rPr>
              <w:t>मतदान अधिकारी (PO)</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2</w:t>
            </w:r>
          </w:p>
        </w:tc>
        <w:tc>
          <w:tcPr>
            <w:tcW w:type="dxa" w:w="3175"/>
          </w:tcPr>
          <w:p>
            <w:pPr>
              <w:spacing w:after="20"/>
            </w:pPr>
            <w:r>
              <w:rPr>
                <w:b w:val="0"/>
                <w:i w:val="0"/>
                <w:sz w:val="18"/>
                <w:szCs w:val="18"/>
              </w:rPr>
              <w:t>सहायक मतदान अधिकारी-1 (APO-1)</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3</w:t>
            </w:r>
          </w:p>
        </w:tc>
        <w:tc>
          <w:tcPr>
            <w:tcW w:type="dxa" w:w="3175"/>
          </w:tcPr>
          <w:p>
            <w:pPr>
              <w:spacing w:after="20"/>
            </w:pPr>
            <w:r>
              <w:rPr>
                <w:b w:val="0"/>
                <w:i w:val="0"/>
                <w:sz w:val="18"/>
                <w:szCs w:val="18"/>
              </w:rPr>
              <w:t>सहायक मतदान अधिकारी-2 (APO-2)</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4</w:t>
            </w:r>
          </w:p>
        </w:tc>
        <w:tc>
          <w:tcPr>
            <w:tcW w:type="dxa" w:w="3175"/>
          </w:tcPr>
          <w:p>
            <w:pPr>
              <w:spacing w:after="20"/>
            </w:pPr>
            <w:r>
              <w:rPr>
                <w:b w:val="0"/>
                <w:i w:val="0"/>
                <w:sz w:val="18"/>
                <w:szCs w:val="18"/>
              </w:rPr>
              <w:t>सहायक मतदान अधिकारी-3 (APO-3)</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5</w:t>
            </w:r>
          </w:p>
        </w:tc>
        <w:tc>
          <w:tcPr>
            <w:tcW w:type="dxa" w:w="3175"/>
          </w:tcPr>
          <w:p>
            <w:pPr>
              <w:spacing w:after="20"/>
            </w:pPr>
            <w:r>
              <w:rPr>
                <w:b w:val="0"/>
                <w:i w:val="0"/>
                <w:sz w:val="18"/>
                <w:szCs w:val="18"/>
              </w:rPr>
              <w:t>सहायक मतदान अधिकारी-4 (APO-4)</w:t>
            </w:r>
          </w:p>
        </w:tc>
        <w:tc>
          <w:tcPr>
            <w:tcW w:type="dxa" w:w="2721"/>
          </w:tcPr>
          <w:p/>
        </w:tc>
        <w:tc>
          <w:tcPr>
            <w:tcW w:type="dxa" w:w="2154"/>
          </w:tcPr>
          <w:p/>
        </w:tc>
        <w:tc>
          <w:tcPr>
            <w:tcW w:type="dxa" w:w="1644"/>
          </w:tcPr>
          <w:p/>
        </w:tc>
      </w:tr>
      <w:tr>
        <w:trPr>
          <w:cantSplit/>
        </w:trPr>
        <w:tc>
          <w:tcPr>
            <w:tcW w:type="dxa" w:w="1644"/>
            <w:gridSpan w:val="5"/>
            <w:shd w:val="clear" w:color="auto" w:fill="D9D9D9"/>
          </w:tcPr>
          <w:p>
            <w:pPr>
              <w:spacing w:after="20"/>
            </w:pPr>
            <w:r>
              <w:rPr>
                <w:b/>
                <w:bCs/>
                <w:i w:val="0"/>
                <w:sz w:val="18"/>
                <w:szCs w:val="18"/>
              </w:rPr>
              <w:t>बूथ सं. ............    मतदान केन्द्र का नाम ........................................</w:t>
            </w:r>
          </w:p>
        </w:tc>
      </w:tr>
      <w:tr>
        <w:trPr>
          <w:cantSplit/>
          <w:trHeight w:val="311" w:hRule="atLeast"/>
        </w:trPr>
        <w:tc>
          <w:tcPr>
            <w:tcW w:type="dxa" w:w="510"/>
          </w:tcPr>
          <w:p>
            <w:pPr>
              <w:spacing w:after="20"/>
              <w:jc w:val="center"/>
            </w:pPr>
            <w:r>
              <w:rPr>
                <w:b w:val="0"/>
                <w:i w:val="0"/>
                <w:sz w:val="18"/>
                <w:szCs w:val="18"/>
              </w:rPr>
              <w:t>1</w:t>
            </w:r>
          </w:p>
        </w:tc>
        <w:tc>
          <w:tcPr>
            <w:tcW w:type="dxa" w:w="3175"/>
          </w:tcPr>
          <w:p>
            <w:pPr>
              <w:spacing w:after="20"/>
            </w:pPr>
            <w:r>
              <w:rPr>
                <w:b w:val="0"/>
                <w:i w:val="0"/>
                <w:sz w:val="18"/>
                <w:szCs w:val="18"/>
              </w:rPr>
              <w:t>मतदान अधिकारी (PO)</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2</w:t>
            </w:r>
          </w:p>
        </w:tc>
        <w:tc>
          <w:tcPr>
            <w:tcW w:type="dxa" w:w="3175"/>
          </w:tcPr>
          <w:p>
            <w:pPr>
              <w:spacing w:after="20"/>
            </w:pPr>
            <w:r>
              <w:rPr>
                <w:b w:val="0"/>
                <w:i w:val="0"/>
                <w:sz w:val="18"/>
                <w:szCs w:val="18"/>
              </w:rPr>
              <w:t>सहायक मतदान अधिकारी-1 (APO-1)</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3</w:t>
            </w:r>
          </w:p>
        </w:tc>
        <w:tc>
          <w:tcPr>
            <w:tcW w:type="dxa" w:w="3175"/>
          </w:tcPr>
          <w:p>
            <w:pPr>
              <w:spacing w:after="20"/>
            </w:pPr>
            <w:r>
              <w:rPr>
                <w:b w:val="0"/>
                <w:i w:val="0"/>
                <w:sz w:val="18"/>
                <w:szCs w:val="18"/>
              </w:rPr>
              <w:t>सहायक मतदान अधिकारी-2 (APO-2)</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4</w:t>
            </w:r>
          </w:p>
        </w:tc>
        <w:tc>
          <w:tcPr>
            <w:tcW w:type="dxa" w:w="3175"/>
          </w:tcPr>
          <w:p>
            <w:pPr>
              <w:spacing w:after="20"/>
            </w:pPr>
            <w:r>
              <w:rPr>
                <w:b w:val="0"/>
                <w:i w:val="0"/>
                <w:sz w:val="18"/>
                <w:szCs w:val="18"/>
              </w:rPr>
              <w:t>सहायक मतदान अधिकारी-3 (APO-3)</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5</w:t>
            </w:r>
          </w:p>
        </w:tc>
        <w:tc>
          <w:tcPr>
            <w:tcW w:type="dxa" w:w="3175"/>
          </w:tcPr>
          <w:p>
            <w:pPr>
              <w:spacing w:after="20"/>
            </w:pPr>
            <w:r>
              <w:rPr>
                <w:b w:val="0"/>
                <w:i w:val="0"/>
                <w:sz w:val="18"/>
                <w:szCs w:val="18"/>
              </w:rPr>
              <w:t>सहायक मतदान अधिकारी-4 (APO-4)</w:t>
            </w:r>
          </w:p>
        </w:tc>
        <w:tc>
          <w:tcPr>
            <w:tcW w:type="dxa" w:w="2721"/>
          </w:tcPr>
          <w:p/>
        </w:tc>
        <w:tc>
          <w:tcPr>
            <w:tcW w:type="dxa" w:w="2154"/>
          </w:tcPr>
          <w:p/>
        </w:tc>
        <w:tc>
          <w:tcPr>
            <w:tcW w:type="dxa" w:w="1644"/>
          </w:tcPr>
          <w:p/>
        </w:tc>
      </w:tr>
      <w:tr>
        <w:trPr>
          <w:cantSplit/>
        </w:trPr>
        <w:tc>
          <w:tcPr>
            <w:tcW w:type="dxa" w:w="1644"/>
            <w:gridSpan w:val="5"/>
            <w:shd w:val="clear" w:color="auto" w:fill="D9D9D9"/>
          </w:tcPr>
          <w:p>
            <w:pPr>
              <w:spacing w:after="20"/>
            </w:pPr>
            <w:r>
              <w:rPr>
                <w:b/>
                <w:bCs/>
                <w:i w:val="0"/>
                <w:sz w:val="18"/>
                <w:szCs w:val="18"/>
              </w:rPr>
              <w:t>बूथ सं. ............    मतदान केन्द्र का नाम ........................................</w:t>
            </w:r>
          </w:p>
        </w:tc>
      </w:tr>
      <w:tr>
        <w:trPr>
          <w:cantSplit/>
          <w:trHeight w:val="311" w:hRule="atLeast"/>
        </w:trPr>
        <w:tc>
          <w:tcPr>
            <w:tcW w:type="dxa" w:w="510"/>
          </w:tcPr>
          <w:p>
            <w:pPr>
              <w:spacing w:after="20"/>
              <w:jc w:val="center"/>
            </w:pPr>
            <w:r>
              <w:rPr>
                <w:b w:val="0"/>
                <w:i w:val="0"/>
                <w:sz w:val="18"/>
                <w:szCs w:val="18"/>
              </w:rPr>
              <w:t>1</w:t>
            </w:r>
          </w:p>
        </w:tc>
        <w:tc>
          <w:tcPr>
            <w:tcW w:type="dxa" w:w="3175"/>
          </w:tcPr>
          <w:p>
            <w:pPr>
              <w:spacing w:after="20"/>
            </w:pPr>
            <w:r>
              <w:rPr>
                <w:b w:val="0"/>
                <w:i w:val="0"/>
                <w:sz w:val="18"/>
                <w:szCs w:val="18"/>
              </w:rPr>
              <w:t>मतदान अधिकारी (PO)</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2</w:t>
            </w:r>
          </w:p>
        </w:tc>
        <w:tc>
          <w:tcPr>
            <w:tcW w:type="dxa" w:w="3175"/>
          </w:tcPr>
          <w:p>
            <w:pPr>
              <w:spacing w:after="20"/>
            </w:pPr>
            <w:r>
              <w:rPr>
                <w:b w:val="0"/>
                <w:i w:val="0"/>
                <w:sz w:val="18"/>
                <w:szCs w:val="18"/>
              </w:rPr>
              <w:t>सहायक मतदान अधिकारी-1 (APO-1)</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3</w:t>
            </w:r>
          </w:p>
        </w:tc>
        <w:tc>
          <w:tcPr>
            <w:tcW w:type="dxa" w:w="3175"/>
          </w:tcPr>
          <w:p>
            <w:pPr>
              <w:spacing w:after="20"/>
            </w:pPr>
            <w:r>
              <w:rPr>
                <w:b w:val="0"/>
                <w:i w:val="0"/>
                <w:sz w:val="18"/>
                <w:szCs w:val="18"/>
              </w:rPr>
              <w:t>सहायक मतदान अधिकारी-2 (APO-2)</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4</w:t>
            </w:r>
          </w:p>
        </w:tc>
        <w:tc>
          <w:tcPr>
            <w:tcW w:type="dxa" w:w="3175"/>
          </w:tcPr>
          <w:p>
            <w:pPr>
              <w:spacing w:after="20"/>
            </w:pPr>
            <w:r>
              <w:rPr>
                <w:b w:val="0"/>
                <w:i w:val="0"/>
                <w:sz w:val="18"/>
                <w:szCs w:val="18"/>
              </w:rPr>
              <w:t>सहायक मतदान अधिकारी-3 (APO-3)</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5</w:t>
            </w:r>
          </w:p>
        </w:tc>
        <w:tc>
          <w:tcPr>
            <w:tcW w:type="dxa" w:w="3175"/>
          </w:tcPr>
          <w:p>
            <w:pPr>
              <w:spacing w:after="20"/>
            </w:pPr>
            <w:r>
              <w:rPr>
                <w:b w:val="0"/>
                <w:i w:val="0"/>
                <w:sz w:val="18"/>
                <w:szCs w:val="18"/>
              </w:rPr>
              <w:t>सहायक मतदान अधिकारी-4 (APO-4)</w:t>
            </w:r>
          </w:p>
        </w:tc>
        <w:tc>
          <w:tcPr>
            <w:tcW w:type="dxa" w:w="2721"/>
          </w:tcPr>
          <w:p/>
        </w:tc>
        <w:tc>
          <w:tcPr>
            <w:tcW w:type="dxa" w:w="2154"/>
          </w:tcPr>
          <w:p/>
        </w:tc>
        <w:tc>
          <w:tcPr>
            <w:tcW w:type="dxa" w:w="1644"/>
          </w:tcPr>
          <w:p/>
        </w:tc>
      </w:tr>
    </w:tbl>
    <w:p>
      <w:pPr>
        <w:spacing w:after="0"/>
      </w:pPr>
      <w:r>
        <w:rPr>
          <w:b w:val="0"/>
          <w:i w:val="0"/>
          <w:sz w:val="18"/>
          <w:szCs w:val="18"/>
        </w:rPr>
        <w:t>बूथ ज़्यादा हों तो इस पेज की और प्रति लीजिए। भरी हुई सूची कार्यालय के काम के लिए है; इसे नोटिस बोर्ड पर न लगाइए।</w:t>
      </w:r>
    </w:p>
    <w:sectPr w:rsidR="00FC693F" w:rsidRPr="0006063C" w:rsidSect="00034616">
      <w:footerReference w:type="default" r:id="rId40"/>
      <w:pgSz w:w="11906" w:h="16838"/>
      <w:pgMar w:top="737" w:right="850" w:bottom="737" w:left="850" w:header="720" w:footer="340" w:gutter="0"/>
      <w:cols w:space="720" w:num="1" w:sep="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 xml:space="preserve">पन्ना </w:t>
    </w:r>
    <w:fldSimple w:instr=" PAGE ">
      <w:r>
        <w:rPr>
          <w:b/>
          <w:bCs/>
          <w:i w:val="0"/>
          <w:sz w:val="16"/>
          <w:szCs w:val="16"/>
        </w:rPr>
        <w:t>1</w:t>
      </w:r>
    </w:fldSimple>
    <w:r>
      <w:rPr>
        <w:b/>
        <w:bCs/>
        <w:i w:val="0"/>
        <w:sz w:val="16"/>
        <w:szCs w:val="16"/>
      </w:rPr>
      <w:t xml:space="preserve"> / </w:t>
    </w:r>
    <w:fldSimple w:instr=" NUMPAGES ">
      <w:r>
        <w:rPr>
          <w:b/>
          <w:bCs/>
          <w:i w:val="0"/>
          <w:sz w:val="16"/>
          <w:szCs w:val="16"/>
        </w:rPr>
        <w:t>1</w:t>
      </w:r>
    </w:fldSimple>
    <w:r>
      <w:rPr>
        <w:b w:val="0"/>
        <w:i w:val="0"/>
        <w:sz w:val="16"/>
        <w:szCs w:val="16"/>
      </w:rPr>
      <w:tab/>
      <w:t xml:space="preserve">बालोतरा: रिटर्निंग अधिकारी की मेज़ के लिए  ·  पंच, सरपंच और उप-सरपंच का चुनाव, 2026  ·  </w:t>
    </w:r>
    <w:hyperlink r:id="rId1">
      <w:r>
        <w:rPr>
          <w:b w:val="0"/>
          <w:i w:val="0"/>
          <w:color w:val="1F4E9E"/>
          <w:sz w:val="16"/>
          <w:szCs w:val="16"/>
          <w:u w:val="single"/>
        </w:rPr>
        <w:t>mockpoll.com</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5137" w:val="right"/>
      </w:tabs>
    </w:pPr>
    <w:r>
      <w:rPr>
        <w:b/>
        <w:bCs/>
        <w:i w:val="0"/>
        <w:sz w:val="16"/>
        <w:szCs w:val="16"/>
      </w:rPr>
      <w:t xml:space="preserve">पन्ना </w:t>
    </w:r>
    <w:fldSimple w:instr=" PAGE ">
      <w:r>
        <w:rPr>
          <w:b/>
          <w:bCs/>
          <w:i w:val="0"/>
          <w:sz w:val="16"/>
          <w:szCs w:val="16"/>
        </w:rPr>
        <w:t>1</w:t>
      </w:r>
    </w:fldSimple>
    <w:r>
      <w:rPr>
        <w:b/>
        <w:bCs/>
        <w:i w:val="0"/>
        <w:sz w:val="16"/>
        <w:szCs w:val="16"/>
      </w:rPr>
      <w:t xml:space="preserve"> / </w:t>
    </w:r>
    <w:fldSimple w:instr=" NUMPAGES ">
      <w:r>
        <w:rPr>
          <w:b/>
          <w:bCs/>
          <w:i w:val="0"/>
          <w:sz w:val="16"/>
          <w:szCs w:val="16"/>
        </w:rPr>
        <w:t>1</w:t>
      </w:r>
    </w:fldSimple>
    <w:r>
      <w:rPr>
        <w:b w:val="0"/>
        <w:i w:val="0"/>
        <w:sz w:val="16"/>
        <w:szCs w:val="16"/>
      </w:rPr>
      <w:tab/>
      <w:t xml:space="preserve">बालोतरा: रिटर्निंग अधिकारी की मेज़ के लिए  ·  पंच, सरपंच और उप-सरपंच का चुनाव, 2026  ·  </w:t>
    </w:r>
    <w:hyperlink r:id="rId1">
      <w:r>
        <w:rPr>
          <w:b w:val="0"/>
          <w:i w:val="0"/>
          <w:color w:val="1F4E9E"/>
          <w:sz w:val="16"/>
          <w:szCs w:val="16"/>
          <w:u w:val="single"/>
        </w:rPr>
        <w:t>mockpoll.com</w:t>
      </w:r>
    </w:hyperlink>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5137" w:val="right"/>
      </w:tabs>
    </w:pPr>
    <w:r>
      <w:rPr>
        <w:b/>
        <w:bCs/>
        <w:i w:val="0"/>
        <w:sz w:val="16"/>
        <w:szCs w:val="16"/>
      </w:rPr>
      <w:t xml:space="preserve">पन्ना </w:t>
    </w:r>
    <w:fldSimple w:instr=" PAGE ">
      <w:r>
        <w:rPr>
          <w:b/>
          <w:bCs/>
          <w:i w:val="0"/>
          <w:sz w:val="16"/>
          <w:szCs w:val="16"/>
        </w:rPr>
        <w:t>1</w:t>
      </w:r>
    </w:fldSimple>
    <w:r>
      <w:rPr>
        <w:b/>
        <w:bCs/>
        <w:i w:val="0"/>
        <w:sz w:val="16"/>
        <w:szCs w:val="16"/>
      </w:rPr>
      <w:t xml:space="preserve"> / </w:t>
    </w:r>
    <w:fldSimple w:instr=" NUMPAGES ">
      <w:r>
        <w:rPr>
          <w:b/>
          <w:bCs/>
          <w:i w:val="0"/>
          <w:sz w:val="16"/>
          <w:szCs w:val="16"/>
        </w:rPr>
        <w:t>1</w:t>
      </w:r>
    </w:fldSimple>
    <w:r>
      <w:rPr>
        <w:b w:val="0"/>
        <w:i w:val="0"/>
        <w:sz w:val="16"/>
        <w:szCs w:val="16"/>
      </w:rPr>
      <w:tab/>
      <w:t xml:space="preserve">बालोतरा: रिटर्निंग अधिकारी की मेज़ के लिए  ·  पंच, सरपंच और उप-सरपंच का चुनाव, 2026  ·  </w:t>
    </w:r>
    <w:hyperlink r:id="rId1">
      <w:r>
        <w:rPr>
          <w:b w:val="0"/>
          <w:i w:val="0"/>
          <w:color w:val="1F4E9E"/>
          <w:sz w:val="16"/>
          <w:szCs w:val="16"/>
          <w:u w:val="single"/>
        </w:rPr>
        <w:t>mockpoll.com</w:t>
      </w:r>
    </w:hyperlink>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 xml:space="preserve">पन्ना </w:t>
    </w:r>
    <w:fldSimple w:instr=" PAGE ">
      <w:r>
        <w:rPr>
          <w:b/>
          <w:bCs/>
          <w:i w:val="0"/>
          <w:sz w:val="16"/>
          <w:szCs w:val="16"/>
        </w:rPr>
        <w:t>1</w:t>
      </w:r>
    </w:fldSimple>
    <w:r>
      <w:rPr>
        <w:b/>
        <w:bCs/>
        <w:i w:val="0"/>
        <w:sz w:val="16"/>
        <w:szCs w:val="16"/>
      </w:rPr>
      <w:t xml:space="preserve"> / </w:t>
    </w:r>
    <w:fldSimple w:instr=" NUMPAGES ">
      <w:r>
        <w:rPr>
          <w:b/>
          <w:bCs/>
          <w:i w:val="0"/>
          <w:sz w:val="16"/>
          <w:szCs w:val="16"/>
        </w:rPr>
        <w:t>1</w:t>
      </w:r>
    </w:fldSimple>
    <w:r>
      <w:rPr>
        <w:b w:val="0"/>
        <w:i w:val="0"/>
        <w:sz w:val="16"/>
        <w:szCs w:val="16"/>
      </w:rPr>
      <w:tab/>
      <w:t xml:space="preserve">बालोतरा: रिटर्निंग अधिकारी की मेज़ के लिए  ·  पंच, सरपंच और उप-सरपंच का चुनाव, 2026  ·  </w:t>
    </w:r>
    <w:hyperlink r:id="rId1">
      <w:r>
        <w:rPr>
          <w:b w:val="0"/>
          <w:i w:val="0"/>
          <w:color w:val="1F4E9E"/>
          <w:sz w:val="16"/>
          <w:szCs w:val="16"/>
          <w:u w:val="single"/>
        </w:rPr>
        <w:t>mockpoll.com</w:t>
      </w:r>
    </w:hyperlink>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 xml:space="preserve">पन्ना </w:t>
    </w:r>
    <w:fldSimple w:instr=" PAGE ">
      <w:r>
        <w:rPr>
          <w:b/>
          <w:bCs/>
          <w:i w:val="0"/>
          <w:sz w:val="16"/>
          <w:szCs w:val="16"/>
        </w:rPr>
        <w:t>1</w:t>
      </w:r>
    </w:fldSimple>
    <w:r>
      <w:rPr>
        <w:b/>
        <w:bCs/>
        <w:i w:val="0"/>
        <w:sz w:val="16"/>
        <w:szCs w:val="16"/>
      </w:rPr>
      <w:t xml:space="preserve"> / </w:t>
    </w:r>
    <w:fldSimple w:instr=" NUMPAGES ">
      <w:r>
        <w:rPr>
          <w:b/>
          <w:bCs/>
          <w:i w:val="0"/>
          <w:sz w:val="16"/>
          <w:szCs w:val="16"/>
        </w:rPr>
        <w:t>1</w:t>
      </w:r>
    </w:fldSimple>
    <w:r>
      <w:rPr>
        <w:b w:val="0"/>
        <w:i w:val="0"/>
        <w:sz w:val="16"/>
        <w:szCs w:val="16"/>
      </w:rPr>
      <w:tab/>
      <w:t xml:space="preserve">बालोतरा: रिटर्निंग अधिकारी की मेज़ के लिए  ·  पंच, सरपंच और उप-सरपंच का चुनाव, 2026  ·  </w:t>
    </w:r>
    <w:hyperlink r:id="rId1">
      <w:r>
        <w:rPr>
          <w:b w:val="0"/>
          <w:i w:val="0"/>
          <w:color w:val="1F4E9E"/>
          <w:sz w:val="16"/>
          <w:szCs w:val="16"/>
          <w:u w:val="single"/>
        </w:rPr>
        <w:t>mockpoll.com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Nirmala UI" w:hAnsi="Nirmala UI" w:cs="Nirmala UI" w:eastAsia="Nirmala U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mockpoll.com" TargetMode="External"/><Relationship Id="rId11" Type="http://schemas.openxmlformats.org/officeDocument/2006/relationships/hyperlink" Target="https://mockpoll.com/panchayat/rajasthan/2026/orders/9836.pdf" TargetMode="External"/><Relationship Id="rId12" Type="http://schemas.openxmlformats.org/officeDocument/2006/relationships/hyperlink" Target="https://mockpoll.com/panchayat/rajasthan/2026/orders/10090.pdf" TargetMode="External"/><Relationship Id="rId13" Type="http://schemas.openxmlformats.org/officeDocument/2006/relationships/hyperlink" Target="https://mockpoll.com/panchayat/rajasthan/2026/orders/9809.pdf" TargetMode="External"/><Relationship Id="rId14" Type="http://schemas.openxmlformats.org/officeDocument/2006/relationships/hyperlink" Target="https://mockpoll.com/panchayat/rajasthan/2026/orders/cmp-1323.pdf" TargetMode="External"/><Relationship Id="rId15" Type="http://schemas.openxmlformats.org/officeDocument/2006/relationships/hyperlink" Target="https://mockpoll.com/panchayat/rajasthan/2026/orders/upsarpanch-samay-20102026.pdf" TargetMode="External"/><Relationship Id="rId16" Type="http://schemas.openxmlformats.org/officeDocument/2006/relationships/hyperlink" Target="https://mockpoll.com/panchayat/rajasthan/2026/orders/cmp-6251.pdf" TargetMode="External"/><Relationship Id="rId17" Type="http://schemas.openxmlformats.org/officeDocument/2006/relationships/hyperlink" Target="https://mockpoll.com/panchayat/rajasthan/2026/orders/cmp-4191.pdf" TargetMode="External"/><Relationship Id="rId18" Type="http://schemas.openxmlformats.org/officeDocument/2006/relationships/hyperlink" Target="https://mockpoll.com/panchayat/rajasthan/2026/orders/cmp-5096.pdf" TargetMode="External"/><Relationship Id="rId19" Type="http://schemas.openxmlformats.org/officeDocument/2006/relationships/hyperlink" Target="https://mockpoll.com/panchayat/rajasthan/2026/sources/mgm-2026.pdf" TargetMode="External"/><Relationship Id="rId20" Type="http://schemas.openxmlformats.org/officeDocument/2006/relationships/hyperlink" Target="https://mockpoll.com/panchayat/rajasthan/2026/hl/v.html?f=sources/mgm-2026.pdf&amp;p=11" TargetMode="External"/><Relationship Id="rId21" Type="http://schemas.openxmlformats.org/officeDocument/2006/relationships/hyperlink" Target="https://mockpoll.com/panchayat/rajasthan/2026/hl/v.html?f=sources/mgm-2026.pdf&amp;p=19" TargetMode="External"/><Relationship Id="rId22" Type="http://schemas.openxmlformats.org/officeDocument/2006/relationships/hyperlink" Target="https://mockpoll.com/panchayat/rajasthan/2026/hl/v.html?f=sources/mgm-2026.pdf&amp;p=39" TargetMode="External"/><Relationship Id="rId23" Type="http://schemas.openxmlformats.org/officeDocument/2006/relationships/hyperlink" Target="https://mockpoll.com/panchayat/rajasthan/2026/hl/v.html?f=sources/mgm-2026.pdf&amp;p=40" TargetMode="External"/><Relationship Id="rId24" Type="http://schemas.openxmlformats.org/officeDocument/2006/relationships/hyperlink" Target="https://mockpoll.com/panchayat/rajasthan/2026/hl/v.html?f=sources/mgm-2026.pdf&amp;p=25" TargetMode="External"/><Relationship Id="rId25" Type="http://schemas.openxmlformats.org/officeDocument/2006/relationships/hyperlink" Target="https://mockpoll.com/panchayat/rajasthan/2026/hl/v.html?f=sources/mgm-2026.pdf&amp;p=27" TargetMode="External"/><Relationship Id="rId26" Type="http://schemas.openxmlformats.org/officeDocument/2006/relationships/hyperlink" Target="https://mockpoll.com/panchayat/rajasthan/2026/hl/v.html?f=sources/mgm-2026.pdf&amp;p=41" TargetMode="External"/><Relationship Id="rId27" Type="http://schemas.openxmlformats.org/officeDocument/2006/relationships/hyperlink" Target="https://mockpoll.com/panchayat/rajasthan/2026/hl/v.html?f=sources/mgm-2026.pdf&amp;p=43" TargetMode="External"/><Relationship Id="rId28" Type="http://schemas.openxmlformats.org/officeDocument/2006/relationships/hyperlink" Target="https://mockpoll.com/panchayat/rajasthan/2026/hl/v.html?f=sources/mgm-2026.pdf&amp;p=46" TargetMode="External"/><Relationship Id="rId29" Type="http://schemas.openxmlformats.org/officeDocument/2006/relationships/hyperlink" Target="https://mockpoll.com/panchayat/rajasthan/2026/sources/man-2026-p82.pdf" TargetMode="External"/><Relationship Id="rId30" Type="http://schemas.openxmlformats.org/officeDocument/2006/relationships/hyperlink" Target="https://mockpoll.com/panchayat/rajasthan/2026/sources/man-2026-p145.pdf" TargetMode="External"/><Relationship Id="rId31" Type="http://schemas.openxmlformats.org/officeDocument/2006/relationships/hyperlink" Target="https://mockpoll.com/panchayat/rajasthan/2026/hl/v.html?f=sources/mgm-2026.pdf&amp;p=47" TargetMode="External"/><Relationship Id="rId32" Type="http://schemas.openxmlformats.org/officeDocument/2006/relationships/hyperlink" Target="https://mockpoll.com/panchayat/rajasthan/2026/hl/v.html?f=sources/mgm-2026.pdf&amp;p=48" TargetMode="External"/><Relationship Id="rId33" Type="http://schemas.openxmlformats.org/officeDocument/2006/relationships/footer" Target="footer2.xml"/><Relationship Id="rId34" Type="http://schemas.openxmlformats.org/officeDocument/2006/relationships/hyperlink" Target="https://mockpoll.com/panchayat/rajasthan/2026/hl/v.html?f=sources/mgm-2026.pdf&amp;p=7" TargetMode="External"/><Relationship Id="rId35" Type="http://schemas.openxmlformats.org/officeDocument/2006/relationships/hyperlink" Target="https://mockpoll.com/panchayat/rajasthan/2026/hl/v.html?f=sources/mgm-2026.pdf&amp;p=97" TargetMode="External"/><Relationship Id="rId36" Type="http://schemas.openxmlformats.org/officeDocument/2006/relationships/hyperlink" Target="https://mockpoll.com/panchayat/rajasthan/2026/hl/v.html?f=sources/mgm-2026.pdf&amp;p=143" TargetMode="External"/><Relationship Id="rId37" Type="http://schemas.openxmlformats.org/officeDocument/2006/relationships/hyperlink" Target="https://mockpoll.com/panchayat/rajasthan/2026/hl/v.html?f=sources/mgm-2026.pdf&amp;p=37" TargetMode="External"/><Relationship Id="rId38" Type="http://schemas.openxmlformats.org/officeDocument/2006/relationships/footer" Target="footer3.xml"/><Relationship Id="rId39" Type="http://schemas.openxmlformats.org/officeDocument/2006/relationships/footer" Target="footer4.xml"/><Relationship Id="rId40" Type="http://schemas.openxmlformats.org/officeDocument/2006/relationships/footer" Target="footer5.xml"/></Relationships>
</file>

<file path=word/_rels/footer1.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बालोतरा: रिटर्निंग अधिकारी की मेज़ के लिए, पंच-सरपंच 2026</dc:title>
  <dc:subject/>
  <dc:creator/>
  <cp:keywords/>
  <dc:description/>
  <cp:lastModifiedBy/>
  <cp:revision>1</cp:revision>
  <dcterms:created xsi:type="dcterms:W3CDTF">2013-12-23T23:15:00Z</dcterms:created>
  <dcterms:modified xsi:type="dcterms:W3CDTF">2013-12-23T23:15:00Z</dcterms:modified>
  <cp:category/>
</cp:coreProperties>
</file>